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3E7" w:rsidRPr="00047288" w:rsidRDefault="004C13E7" w:rsidP="004C13E7">
      <w:pPr>
        <w:spacing w:after="0"/>
        <w:jc w:val="center"/>
        <w:rPr>
          <w:rFonts w:cs="Times New Roman"/>
          <w:b/>
          <w:sz w:val="24"/>
          <w:lang w:val="uk-UA"/>
        </w:rPr>
      </w:pPr>
      <w:r w:rsidRPr="00047288">
        <w:rPr>
          <w:rFonts w:cs="Times New Roman"/>
          <w:b/>
          <w:sz w:val="24"/>
          <w:lang w:val="uk-UA"/>
        </w:rPr>
        <w:t xml:space="preserve">ПРОЄКТ РІШЕННЯ </w:t>
      </w:r>
    </w:p>
    <w:p w:rsidR="004C13E7" w:rsidRPr="00047288" w:rsidRDefault="004C13E7" w:rsidP="004C13E7">
      <w:pPr>
        <w:spacing w:after="0"/>
        <w:jc w:val="center"/>
        <w:rPr>
          <w:rFonts w:cs="Times New Roman"/>
          <w:b/>
          <w:sz w:val="24"/>
          <w:lang w:val="uk-UA"/>
        </w:rPr>
      </w:pPr>
      <w:r w:rsidRPr="00047288">
        <w:rPr>
          <w:rFonts w:cs="Times New Roman"/>
          <w:b/>
          <w:sz w:val="24"/>
          <w:lang w:val="uk-UA"/>
        </w:rPr>
        <w:t>РОМЕНСЬКОЇ МІСЬКОЇ РАДИ СУМСЬКОЇ ОБЛАСТІ</w:t>
      </w:r>
    </w:p>
    <w:p w:rsidR="004C13E7" w:rsidRPr="00047288" w:rsidRDefault="004C13E7" w:rsidP="004C13E7">
      <w:pPr>
        <w:spacing w:after="0"/>
        <w:jc w:val="center"/>
        <w:rPr>
          <w:rFonts w:cs="Times New Roman"/>
          <w:b/>
          <w:sz w:val="24"/>
          <w:lang w:val="uk-UA"/>
        </w:rPr>
      </w:pPr>
    </w:p>
    <w:p w:rsidR="004C13E7" w:rsidRDefault="004C13E7" w:rsidP="004C13E7">
      <w:pPr>
        <w:widowControl w:val="0"/>
        <w:tabs>
          <w:tab w:val="left" w:pos="4820"/>
          <w:tab w:val="left" w:pos="5670"/>
        </w:tabs>
        <w:ind w:right="4251"/>
        <w:jc w:val="both"/>
        <w:rPr>
          <w:rFonts w:cs="Times New Roman"/>
          <w:b/>
          <w:sz w:val="24"/>
          <w:lang w:val="uk-UA"/>
        </w:rPr>
      </w:pPr>
      <w:r w:rsidRPr="00047288">
        <w:rPr>
          <w:rFonts w:cs="Times New Roman"/>
          <w:b/>
          <w:sz w:val="24"/>
          <w:lang w:val="uk-UA"/>
        </w:rPr>
        <w:t xml:space="preserve">Дата розгляду: </w:t>
      </w:r>
      <w:r>
        <w:rPr>
          <w:rFonts w:cs="Times New Roman"/>
          <w:b/>
          <w:sz w:val="24"/>
          <w:lang w:val="uk-UA"/>
        </w:rPr>
        <w:t>16</w:t>
      </w:r>
      <w:r w:rsidRPr="00047288">
        <w:rPr>
          <w:rFonts w:cs="Times New Roman"/>
          <w:b/>
          <w:sz w:val="24"/>
          <w:lang w:val="uk-UA"/>
        </w:rPr>
        <w:t>.</w:t>
      </w:r>
      <w:r>
        <w:rPr>
          <w:rFonts w:cs="Times New Roman"/>
          <w:b/>
          <w:sz w:val="24"/>
          <w:lang w:val="uk-UA"/>
        </w:rPr>
        <w:t>10</w:t>
      </w:r>
      <w:r w:rsidRPr="00047288">
        <w:rPr>
          <w:rFonts w:cs="Times New Roman"/>
          <w:b/>
          <w:sz w:val="24"/>
          <w:lang w:val="uk-UA"/>
        </w:rPr>
        <w:t>.202</w:t>
      </w:r>
      <w:r>
        <w:rPr>
          <w:rFonts w:cs="Times New Roman"/>
          <w:b/>
          <w:sz w:val="24"/>
          <w:lang w:val="uk-UA"/>
        </w:rPr>
        <w:t>6</w:t>
      </w:r>
      <w:r w:rsidRPr="00047288">
        <w:rPr>
          <w:rFonts w:cs="Times New Roman"/>
          <w:b/>
          <w:sz w:val="24"/>
          <w:lang w:val="uk-UA"/>
        </w:rPr>
        <w:t xml:space="preserve">           </w:t>
      </w:r>
    </w:p>
    <w:p w:rsidR="00C9185E" w:rsidRDefault="00EA1DE9" w:rsidP="00C9185E">
      <w:pPr>
        <w:spacing w:after="120"/>
        <w:ind w:right="4734"/>
        <w:jc w:val="both"/>
        <w:rPr>
          <w:b/>
          <w:sz w:val="24"/>
          <w:szCs w:val="24"/>
          <w:lang w:val="ru-RU"/>
        </w:rPr>
      </w:pPr>
      <w:r w:rsidRPr="0069481A">
        <w:rPr>
          <w:rFonts w:cs="Times New Roman"/>
          <w:b/>
          <w:sz w:val="24"/>
          <w:szCs w:val="24"/>
          <w:lang w:val="uk-UA"/>
        </w:rPr>
        <w:t xml:space="preserve">Про </w:t>
      </w:r>
      <w:r w:rsidRPr="00DA1F63">
        <w:rPr>
          <w:rFonts w:cs="Times New Roman"/>
          <w:b/>
          <w:sz w:val="24"/>
          <w:szCs w:val="24"/>
          <w:lang w:val="uk-UA"/>
        </w:rPr>
        <w:t xml:space="preserve">підписання Меморандуму </w:t>
      </w:r>
      <w:proofErr w:type="spellStart"/>
      <w:r w:rsidRPr="006938F7">
        <w:rPr>
          <w:rFonts w:cs="Times New Roman"/>
          <w:b/>
          <w:bCs/>
          <w:sz w:val="24"/>
          <w:szCs w:val="24"/>
        </w:rPr>
        <w:t>про</w:t>
      </w:r>
      <w:proofErr w:type="spellEnd"/>
      <w:r>
        <w:rPr>
          <w:rFonts w:cs="Times New Roman"/>
          <w:b/>
          <w:bCs/>
          <w:sz w:val="24"/>
          <w:szCs w:val="24"/>
          <w:lang w:val="uk-UA"/>
        </w:rPr>
        <w:t xml:space="preserve"> співпрацю</w:t>
      </w:r>
      <w:r w:rsidRPr="006938F7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E37B97" w:rsidRPr="00A00C2A">
        <w:rPr>
          <w:b/>
          <w:sz w:val="24"/>
          <w:szCs w:val="24"/>
          <w:lang w:val="ru-RU"/>
        </w:rPr>
        <w:t>між</w:t>
      </w:r>
      <w:proofErr w:type="spellEnd"/>
      <w:r w:rsidR="00E37B97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E37B97">
        <w:rPr>
          <w:b/>
          <w:sz w:val="24"/>
          <w:szCs w:val="24"/>
          <w:lang w:val="ru-RU"/>
        </w:rPr>
        <w:t>Роменською</w:t>
      </w:r>
      <w:proofErr w:type="spellEnd"/>
      <w:r w:rsidR="00E37B97">
        <w:rPr>
          <w:b/>
          <w:sz w:val="24"/>
          <w:szCs w:val="24"/>
          <w:lang w:val="ru-RU"/>
        </w:rPr>
        <w:t xml:space="preserve"> </w:t>
      </w:r>
      <w:proofErr w:type="spellStart"/>
      <w:r w:rsidR="00E37B97">
        <w:rPr>
          <w:b/>
          <w:sz w:val="24"/>
          <w:szCs w:val="24"/>
          <w:lang w:val="ru-RU"/>
        </w:rPr>
        <w:t>міською</w:t>
      </w:r>
      <w:proofErr w:type="spellEnd"/>
      <w:r w:rsidR="00E37B97">
        <w:rPr>
          <w:b/>
          <w:sz w:val="24"/>
          <w:szCs w:val="24"/>
          <w:lang w:val="ru-RU"/>
        </w:rPr>
        <w:t xml:space="preserve"> радою</w:t>
      </w:r>
      <w:r w:rsidR="00E37B97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E37B97" w:rsidRPr="00A00C2A">
        <w:rPr>
          <w:b/>
          <w:sz w:val="24"/>
          <w:szCs w:val="24"/>
          <w:lang w:val="ru-RU"/>
        </w:rPr>
        <w:t>Сумської</w:t>
      </w:r>
      <w:proofErr w:type="spellEnd"/>
      <w:r w:rsidR="00E37B97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E37B97" w:rsidRPr="00A00C2A">
        <w:rPr>
          <w:b/>
          <w:sz w:val="24"/>
          <w:szCs w:val="24"/>
          <w:lang w:val="ru-RU"/>
        </w:rPr>
        <w:t>області</w:t>
      </w:r>
      <w:proofErr w:type="spellEnd"/>
      <w:r w:rsidR="00E37B97">
        <w:rPr>
          <w:b/>
          <w:sz w:val="24"/>
          <w:szCs w:val="24"/>
          <w:lang w:val="ru-RU"/>
        </w:rPr>
        <w:t xml:space="preserve"> </w:t>
      </w:r>
      <w:r w:rsidR="00E37B97" w:rsidRPr="00A00C2A">
        <w:rPr>
          <w:b/>
          <w:sz w:val="24"/>
          <w:szCs w:val="24"/>
          <w:lang w:val="ru-RU"/>
        </w:rPr>
        <w:t xml:space="preserve">та </w:t>
      </w:r>
      <w:proofErr w:type="spellStart"/>
      <w:r w:rsidR="00E37B97" w:rsidRPr="00A00C2A">
        <w:rPr>
          <w:b/>
          <w:sz w:val="24"/>
          <w:szCs w:val="24"/>
          <w:lang w:val="ru-RU"/>
        </w:rPr>
        <w:t>Благодійною</w:t>
      </w:r>
      <w:proofErr w:type="spellEnd"/>
      <w:r w:rsidR="00E37B97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E37B97" w:rsidRPr="00A00C2A">
        <w:rPr>
          <w:b/>
          <w:sz w:val="24"/>
          <w:szCs w:val="24"/>
          <w:lang w:val="ru-RU"/>
        </w:rPr>
        <w:t>організацією</w:t>
      </w:r>
      <w:proofErr w:type="spellEnd"/>
      <w:r w:rsidR="00E37B97" w:rsidRPr="00A00C2A">
        <w:rPr>
          <w:b/>
          <w:sz w:val="24"/>
          <w:szCs w:val="24"/>
          <w:lang w:val="ru-RU"/>
        </w:rPr>
        <w:t xml:space="preserve"> «</w:t>
      </w:r>
      <w:proofErr w:type="spellStart"/>
      <w:r w:rsidR="00E37B97" w:rsidRPr="00A00C2A">
        <w:rPr>
          <w:b/>
          <w:sz w:val="24"/>
          <w:szCs w:val="24"/>
          <w:lang w:val="ru-RU"/>
        </w:rPr>
        <w:t>Світло</w:t>
      </w:r>
      <w:proofErr w:type="spellEnd"/>
      <w:r w:rsidR="00E37B97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E37B97" w:rsidRPr="00A00C2A">
        <w:rPr>
          <w:b/>
          <w:sz w:val="24"/>
          <w:szCs w:val="24"/>
          <w:lang w:val="ru-RU"/>
        </w:rPr>
        <w:t>надії</w:t>
      </w:r>
      <w:proofErr w:type="spellEnd"/>
      <w:r w:rsidR="00E37B97" w:rsidRPr="00A00C2A">
        <w:rPr>
          <w:b/>
          <w:sz w:val="24"/>
          <w:szCs w:val="24"/>
          <w:lang w:val="ru-RU"/>
        </w:rPr>
        <w:t>»</w:t>
      </w:r>
    </w:p>
    <w:p w:rsidR="00EA1DE9" w:rsidRPr="00295D54" w:rsidRDefault="00EA1DE9" w:rsidP="00C9185E">
      <w:pPr>
        <w:tabs>
          <w:tab w:val="left" w:pos="9072"/>
        </w:tabs>
        <w:spacing w:after="120" w:line="271" w:lineRule="auto"/>
        <w:ind w:right="-284" w:firstLine="567"/>
        <w:jc w:val="both"/>
        <w:rPr>
          <w:rFonts w:cs="Times New Roman"/>
          <w:sz w:val="24"/>
          <w:lang w:val="uk-UA"/>
        </w:rPr>
      </w:pPr>
      <w:r w:rsidRPr="0069481A">
        <w:rPr>
          <w:rFonts w:cs="Times New Roman"/>
          <w:bCs/>
          <w:sz w:val="24"/>
          <w:szCs w:val="24"/>
          <w:lang w:val="uk-UA"/>
        </w:rPr>
        <w:t xml:space="preserve">Відповідно до пункту 14 частини 4 статті 42, статей </w:t>
      </w:r>
      <w:r w:rsidRPr="0069481A">
        <w:rPr>
          <w:rFonts w:cs="Times New Roman"/>
          <w:bCs/>
          <w:color w:val="000000" w:themeColor="text1"/>
          <w:sz w:val="24"/>
          <w:szCs w:val="24"/>
          <w:lang w:val="uk-UA"/>
        </w:rPr>
        <w:t xml:space="preserve">25, 59  Закону України «Про місцеве самоврядування в Україні», з </w:t>
      </w:r>
      <w:r>
        <w:rPr>
          <w:rFonts w:cs="Times New Roman"/>
          <w:sz w:val="24"/>
          <w:lang w:val="uk-UA"/>
        </w:rPr>
        <w:t xml:space="preserve">метою </w:t>
      </w:r>
      <w:proofErr w:type="spellStart"/>
      <w:r w:rsidR="00295D54" w:rsidRPr="00F964C2">
        <w:rPr>
          <w:rFonts w:cs="Times New Roman"/>
          <w:sz w:val="24"/>
          <w:szCs w:val="24"/>
        </w:rPr>
        <w:t>посилення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 </w:t>
      </w:r>
      <w:proofErr w:type="spellStart"/>
      <w:r w:rsidR="00295D54" w:rsidRPr="00F964C2">
        <w:rPr>
          <w:rFonts w:cs="Times New Roman"/>
          <w:sz w:val="24"/>
          <w:szCs w:val="24"/>
        </w:rPr>
        <w:t>міжвідомчої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 </w:t>
      </w:r>
      <w:proofErr w:type="spellStart"/>
      <w:r w:rsidR="00295D54" w:rsidRPr="00F964C2">
        <w:rPr>
          <w:rFonts w:cs="Times New Roman"/>
          <w:sz w:val="24"/>
          <w:szCs w:val="24"/>
        </w:rPr>
        <w:t>взаємодії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, </w:t>
      </w:r>
      <w:proofErr w:type="spellStart"/>
      <w:r w:rsidR="00295D54" w:rsidRPr="00F964C2">
        <w:rPr>
          <w:rFonts w:cs="Times New Roman"/>
          <w:sz w:val="24"/>
          <w:szCs w:val="24"/>
        </w:rPr>
        <w:t>визначення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 </w:t>
      </w:r>
      <w:proofErr w:type="spellStart"/>
      <w:r w:rsidR="00295D54" w:rsidRPr="00F964C2">
        <w:rPr>
          <w:rFonts w:cs="Times New Roman"/>
          <w:sz w:val="24"/>
          <w:szCs w:val="24"/>
        </w:rPr>
        <w:t>потреб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 </w:t>
      </w:r>
      <w:proofErr w:type="spellStart"/>
      <w:r w:rsidR="00295D54" w:rsidRPr="00F964C2">
        <w:rPr>
          <w:rFonts w:cs="Times New Roman"/>
          <w:sz w:val="24"/>
          <w:szCs w:val="24"/>
        </w:rPr>
        <w:t>дітей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 і </w:t>
      </w:r>
      <w:proofErr w:type="spellStart"/>
      <w:r w:rsidR="00295D54" w:rsidRPr="00F964C2">
        <w:rPr>
          <w:rFonts w:cs="Times New Roman"/>
          <w:sz w:val="24"/>
          <w:szCs w:val="24"/>
        </w:rPr>
        <w:t>сімей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, </w:t>
      </w:r>
      <w:proofErr w:type="spellStart"/>
      <w:r w:rsidR="00295D54" w:rsidRPr="00F964C2">
        <w:rPr>
          <w:rFonts w:cs="Times New Roman"/>
          <w:sz w:val="24"/>
          <w:szCs w:val="24"/>
        </w:rPr>
        <w:t>розвит</w:t>
      </w:r>
      <w:proofErr w:type="spellEnd"/>
      <w:r w:rsidR="00295D54">
        <w:rPr>
          <w:rFonts w:cs="Times New Roman"/>
          <w:sz w:val="24"/>
          <w:szCs w:val="24"/>
          <w:lang w:val="uk-UA"/>
        </w:rPr>
        <w:t>ку</w:t>
      </w:r>
      <w:r w:rsidR="00295D54" w:rsidRPr="00F964C2">
        <w:rPr>
          <w:rFonts w:cs="Times New Roman"/>
          <w:sz w:val="24"/>
          <w:szCs w:val="24"/>
        </w:rPr>
        <w:t xml:space="preserve"> </w:t>
      </w:r>
      <w:proofErr w:type="spellStart"/>
      <w:r w:rsidR="00295D54" w:rsidRPr="00F964C2">
        <w:rPr>
          <w:rFonts w:cs="Times New Roman"/>
          <w:sz w:val="24"/>
          <w:szCs w:val="24"/>
        </w:rPr>
        <w:t>соціальних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 </w:t>
      </w:r>
      <w:proofErr w:type="spellStart"/>
      <w:r w:rsidR="00295D54" w:rsidRPr="00F964C2">
        <w:rPr>
          <w:rFonts w:cs="Times New Roman"/>
          <w:sz w:val="24"/>
          <w:szCs w:val="24"/>
        </w:rPr>
        <w:t>послуг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, </w:t>
      </w:r>
      <w:proofErr w:type="spellStart"/>
      <w:r w:rsidR="00295D54" w:rsidRPr="00F964C2">
        <w:rPr>
          <w:rFonts w:cs="Times New Roman"/>
          <w:sz w:val="24"/>
          <w:szCs w:val="24"/>
        </w:rPr>
        <w:t>підтримк</w:t>
      </w:r>
      <w:proofErr w:type="spellEnd"/>
      <w:r w:rsidR="00295D54">
        <w:rPr>
          <w:rFonts w:cs="Times New Roman"/>
          <w:sz w:val="24"/>
          <w:szCs w:val="24"/>
          <w:lang w:val="uk-UA"/>
        </w:rPr>
        <w:t>и</w:t>
      </w:r>
      <w:r w:rsidR="00295D54" w:rsidRPr="00F964C2">
        <w:rPr>
          <w:rFonts w:cs="Times New Roman"/>
          <w:sz w:val="24"/>
          <w:szCs w:val="24"/>
        </w:rPr>
        <w:t xml:space="preserve"> </w:t>
      </w:r>
      <w:proofErr w:type="spellStart"/>
      <w:r w:rsidR="00295D54" w:rsidRPr="00F964C2">
        <w:rPr>
          <w:rFonts w:cs="Times New Roman"/>
          <w:sz w:val="24"/>
          <w:szCs w:val="24"/>
        </w:rPr>
        <w:t>сімейних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 </w:t>
      </w:r>
      <w:proofErr w:type="spellStart"/>
      <w:r w:rsidR="00295D54" w:rsidRPr="00F964C2">
        <w:rPr>
          <w:rFonts w:cs="Times New Roman"/>
          <w:sz w:val="24"/>
          <w:szCs w:val="24"/>
        </w:rPr>
        <w:t>форм</w:t>
      </w:r>
      <w:proofErr w:type="spellEnd"/>
      <w:r w:rsidR="00295D54" w:rsidRPr="00F964C2">
        <w:rPr>
          <w:rFonts w:cs="Times New Roman"/>
          <w:sz w:val="24"/>
          <w:szCs w:val="24"/>
        </w:rPr>
        <w:t xml:space="preserve"> </w:t>
      </w:r>
      <w:proofErr w:type="spellStart"/>
      <w:r w:rsidR="00295D54" w:rsidRPr="00F964C2">
        <w:rPr>
          <w:rFonts w:cs="Times New Roman"/>
          <w:sz w:val="24"/>
          <w:szCs w:val="24"/>
        </w:rPr>
        <w:t>виховання</w:t>
      </w:r>
      <w:proofErr w:type="spellEnd"/>
      <w:r w:rsidR="00295D54">
        <w:rPr>
          <w:rFonts w:cs="Times New Roman"/>
          <w:sz w:val="24"/>
          <w:szCs w:val="24"/>
          <w:lang w:val="uk-UA"/>
        </w:rPr>
        <w:t xml:space="preserve"> на території Роменської міської територіальної громади</w:t>
      </w:r>
    </w:p>
    <w:p w:rsidR="00EA1DE9" w:rsidRPr="0069481A" w:rsidRDefault="00EA1DE9" w:rsidP="00C9185E">
      <w:pPr>
        <w:shd w:val="clear" w:color="auto" w:fill="FFFFFF" w:themeFill="background1"/>
        <w:tabs>
          <w:tab w:val="left" w:pos="9214"/>
        </w:tabs>
        <w:spacing w:before="120" w:after="120"/>
        <w:jc w:val="both"/>
        <w:rPr>
          <w:rFonts w:eastAsia="Symbol" w:cs="Times New Roman"/>
          <w:sz w:val="24"/>
          <w:szCs w:val="24"/>
          <w:lang w:val="uk-UA"/>
        </w:rPr>
      </w:pPr>
      <w:r w:rsidRPr="0069481A">
        <w:rPr>
          <w:rFonts w:eastAsia="Symbol" w:cs="Times New Roman"/>
          <w:sz w:val="24"/>
          <w:szCs w:val="24"/>
          <w:lang w:val="uk-UA"/>
        </w:rPr>
        <w:t>МІСЬКА РАДА ВИРІШИЛА:</w:t>
      </w:r>
    </w:p>
    <w:p w:rsidR="00EA1DE9" w:rsidRPr="0069481A" w:rsidRDefault="00EA1DE9" w:rsidP="00C9185E">
      <w:pPr>
        <w:numPr>
          <w:ilvl w:val="0"/>
          <w:numId w:val="20"/>
        </w:numPr>
        <w:shd w:val="clear" w:color="auto" w:fill="FFFFFF" w:themeFill="background1"/>
        <w:spacing w:after="120"/>
        <w:ind w:right="-284" w:firstLine="567"/>
        <w:jc w:val="both"/>
        <w:rPr>
          <w:rFonts w:cs="Times New Roman"/>
          <w:sz w:val="24"/>
          <w:szCs w:val="24"/>
          <w:lang w:val="uk-UA"/>
        </w:rPr>
      </w:pPr>
      <w:r w:rsidRPr="0069481A">
        <w:rPr>
          <w:rFonts w:cs="Times New Roman"/>
          <w:sz w:val="24"/>
          <w:szCs w:val="24"/>
          <w:lang w:val="uk-UA" w:eastAsia="uk-UA"/>
        </w:rPr>
        <w:t xml:space="preserve">Погодити </w:t>
      </w:r>
      <w:proofErr w:type="spellStart"/>
      <w:r w:rsidRPr="0069481A">
        <w:rPr>
          <w:rFonts w:cs="Times New Roman"/>
          <w:sz w:val="24"/>
          <w:szCs w:val="24"/>
          <w:lang w:val="uk-UA" w:eastAsia="uk-UA"/>
        </w:rPr>
        <w:t>проєкт</w:t>
      </w:r>
      <w:proofErr w:type="spellEnd"/>
      <w:r w:rsidRPr="0069481A">
        <w:rPr>
          <w:rFonts w:cs="Times New Roman"/>
          <w:sz w:val="24"/>
          <w:szCs w:val="24"/>
          <w:lang w:val="uk-UA" w:eastAsia="uk-UA"/>
        </w:rPr>
        <w:t xml:space="preserve"> </w:t>
      </w:r>
      <w:r w:rsidRPr="002265EE">
        <w:rPr>
          <w:rFonts w:cs="Times New Roman"/>
          <w:sz w:val="24"/>
          <w:szCs w:val="24"/>
          <w:lang w:val="uk-UA"/>
        </w:rPr>
        <w:t xml:space="preserve">Меморандуму </w:t>
      </w:r>
      <w:proofErr w:type="spellStart"/>
      <w:r w:rsidRPr="004D48C3">
        <w:rPr>
          <w:rFonts w:cs="Times New Roman"/>
          <w:bCs/>
          <w:sz w:val="24"/>
          <w:szCs w:val="24"/>
        </w:rPr>
        <w:t>про</w:t>
      </w:r>
      <w:proofErr w:type="spellEnd"/>
      <w:r w:rsidRPr="004D48C3">
        <w:rPr>
          <w:rFonts w:cs="Times New Roman"/>
          <w:bCs/>
          <w:sz w:val="24"/>
          <w:szCs w:val="24"/>
        </w:rPr>
        <w:t xml:space="preserve"> </w:t>
      </w:r>
      <w:r w:rsidRPr="00BB05E5">
        <w:rPr>
          <w:rFonts w:cs="Times New Roman"/>
          <w:bCs/>
          <w:sz w:val="24"/>
          <w:szCs w:val="24"/>
          <w:lang w:val="uk-UA"/>
        </w:rPr>
        <w:t>співпрацю</w:t>
      </w:r>
      <w:r w:rsidRPr="00BB05E5">
        <w:rPr>
          <w:rFonts w:cs="Times New Roman"/>
          <w:bCs/>
          <w:sz w:val="24"/>
          <w:szCs w:val="24"/>
        </w:rPr>
        <w:t xml:space="preserve"> </w:t>
      </w:r>
      <w:proofErr w:type="spellStart"/>
      <w:r w:rsidRPr="00BB05E5">
        <w:rPr>
          <w:rFonts w:eastAsia="Calibri" w:cs="Times New Roman"/>
          <w:color w:val="000000" w:themeColor="text1"/>
          <w:sz w:val="24"/>
          <w:szCs w:val="24"/>
        </w:rPr>
        <w:t>між</w:t>
      </w:r>
      <w:proofErr w:type="spellEnd"/>
      <w:r w:rsidRPr="00BB05E5">
        <w:rPr>
          <w:rFonts w:eastAsia="Calibr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B05E5">
        <w:rPr>
          <w:rFonts w:cs="Times New Roman"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Pr="00BB05E5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B05E5">
        <w:rPr>
          <w:rFonts w:cs="Times New Roman"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Pr="00BB05E5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37B97">
        <w:rPr>
          <w:rFonts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радою </w:t>
      </w:r>
      <w:r w:rsidR="00381EF6">
        <w:rPr>
          <w:rFonts w:cs="Times New Roman"/>
          <w:color w:val="000000" w:themeColor="text1"/>
          <w:sz w:val="24"/>
          <w:szCs w:val="24"/>
          <w:shd w:val="clear" w:color="auto" w:fill="FFFFFF"/>
          <w:lang w:val="uk-UA"/>
        </w:rPr>
        <w:t>Сумської області</w:t>
      </w:r>
      <w:r w:rsidR="008731C2">
        <w:rPr>
          <w:rFonts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E37B97">
        <w:rPr>
          <w:rFonts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та </w:t>
      </w:r>
      <w:proofErr w:type="spellStart"/>
      <w:r w:rsidR="00E37B97" w:rsidRPr="00E37B97">
        <w:rPr>
          <w:sz w:val="24"/>
          <w:szCs w:val="24"/>
          <w:lang w:val="ru-RU"/>
        </w:rPr>
        <w:t>Благодійною</w:t>
      </w:r>
      <w:proofErr w:type="spellEnd"/>
      <w:r w:rsidR="00E37B97" w:rsidRPr="00E37B97">
        <w:rPr>
          <w:sz w:val="24"/>
          <w:szCs w:val="24"/>
          <w:lang w:val="ru-RU"/>
        </w:rPr>
        <w:t xml:space="preserve"> </w:t>
      </w:r>
      <w:proofErr w:type="spellStart"/>
      <w:r w:rsidR="00E37B97" w:rsidRPr="00E37B97">
        <w:rPr>
          <w:sz w:val="24"/>
          <w:szCs w:val="24"/>
          <w:lang w:val="ru-RU"/>
        </w:rPr>
        <w:t>організацією</w:t>
      </w:r>
      <w:proofErr w:type="spellEnd"/>
      <w:r w:rsidR="00E37B97" w:rsidRPr="00E37B97">
        <w:rPr>
          <w:sz w:val="24"/>
          <w:szCs w:val="24"/>
          <w:lang w:val="ru-RU"/>
        </w:rPr>
        <w:t xml:space="preserve"> «</w:t>
      </w:r>
      <w:proofErr w:type="spellStart"/>
      <w:r w:rsidR="00E37B97" w:rsidRPr="00E37B97">
        <w:rPr>
          <w:sz w:val="24"/>
          <w:szCs w:val="24"/>
          <w:lang w:val="ru-RU"/>
        </w:rPr>
        <w:t>Світло</w:t>
      </w:r>
      <w:proofErr w:type="spellEnd"/>
      <w:r w:rsidR="00E37B97" w:rsidRPr="00E37B97">
        <w:rPr>
          <w:sz w:val="24"/>
          <w:szCs w:val="24"/>
          <w:lang w:val="ru-RU"/>
        </w:rPr>
        <w:t xml:space="preserve"> </w:t>
      </w:r>
      <w:proofErr w:type="spellStart"/>
      <w:r w:rsidR="00E37B97" w:rsidRPr="00E37B97">
        <w:rPr>
          <w:sz w:val="24"/>
          <w:szCs w:val="24"/>
          <w:lang w:val="ru-RU"/>
        </w:rPr>
        <w:t>надії</w:t>
      </w:r>
      <w:proofErr w:type="spellEnd"/>
      <w:r w:rsidR="00E37B97" w:rsidRPr="00E37B97">
        <w:rPr>
          <w:sz w:val="24"/>
          <w:szCs w:val="24"/>
          <w:lang w:val="ru-RU"/>
        </w:rPr>
        <w:t>»</w:t>
      </w:r>
      <w:r w:rsidR="00E37B97">
        <w:rPr>
          <w:rFonts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69481A">
        <w:rPr>
          <w:rFonts w:cs="Times New Roman"/>
          <w:sz w:val="24"/>
          <w:szCs w:val="24"/>
          <w:lang w:val="uk-UA" w:eastAsia="uk-UA"/>
        </w:rPr>
        <w:t>що додається.</w:t>
      </w:r>
    </w:p>
    <w:p w:rsidR="00EA1DE9" w:rsidRPr="00C9185E" w:rsidRDefault="00EA1DE9" w:rsidP="00C9185E">
      <w:pPr>
        <w:numPr>
          <w:ilvl w:val="0"/>
          <w:numId w:val="20"/>
        </w:numPr>
        <w:shd w:val="clear" w:color="auto" w:fill="FFFFFF" w:themeFill="background1"/>
        <w:spacing w:after="120"/>
        <w:ind w:right="-284" w:firstLine="567"/>
        <w:jc w:val="both"/>
        <w:rPr>
          <w:rFonts w:cs="Times New Roman"/>
          <w:sz w:val="24"/>
          <w:szCs w:val="24"/>
          <w:lang w:eastAsia="uk-UA"/>
        </w:rPr>
      </w:pPr>
      <w:r w:rsidRPr="00C9185E">
        <w:rPr>
          <w:rFonts w:cs="Times New Roman"/>
          <w:sz w:val="24"/>
          <w:szCs w:val="24"/>
          <w:lang w:val="uk-UA" w:eastAsia="uk-UA"/>
        </w:rPr>
        <w:t>Уповноважити міського голову Стогнія О.А. підписати від імені Роменської міської ради Меморандум, зазначений у пункті 1 цього рішення.</w:t>
      </w:r>
    </w:p>
    <w:p w:rsidR="00C9185E" w:rsidRDefault="00C9185E" w:rsidP="00C9185E">
      <w:pPr>
        <w:shd w:val="clear" w:color="auto" w:fill="FFFFFF" w:themeFill="background1"/>
        <w:tabs>
          <w:tab w:val="left" w:pos="9214"/>
        </w:tabs>
        <w:spacing w:after="120"/>
        <w:contextualSpacing/>
        <w:jc w:val="both"/>
        <w:rPr>
          <w:rFonts w:cs="Times New Roman"/>
          <w:sz w:val="24"/>
          <w:szCs w:val="24"/>
          <w:lang w:eastAsia="uk-UA"/>
        </w:rPr>
      </w:pPr>
    </w:p>
    <w:p w:rsidR="00C9185E" w:rsidRPr="00C9185E" w:rsidRDefault="00C9185E" w:rsidP="00C9185E">
      <w:pPr>
        <w:shd w:val="clear" w:color="auto" w:fill="FFFFFF" w:themeFill="background1"/>
        <w:tabs>
          <w:tab w:val="left" w:pos="9214"/>
        </w:tabs>
        <w:spacing w:after="120"/>
        <w:contextualSpacing/>
        <w:jc w:val="both"/>
        <w:rPr>
          <w:rFonts w:cs="Times New Roman"/>
          <w:sz w:val="24"/>
          <w:szCs w:val="24"/>
          <w:lang w:eastAsia="uk-UA"/>
        </w:rPr>
      </w:pPr>
    </w:p>
    <w:p w:rsidR="00AE0C96" w:rsidRPr="00047288" w:rsidRDefault="00AE0C96" w:rsidP="00AE0C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cs="Times New Roman"/>
          <w:sz w:val="24"/>
          <w:lang w:val="uk-UA"/>
        </w:rPr>
      </w:pPr>
      <w:proofErr w:type="spellStart"/>
      <w:r w:rsidRPr="00047288">
        <w:rPr>
          <w:rFonts w:cs="Times New Roman"/>
          <w:b/>
          <w:sz w:val="24"/>
        </w:rPr>
        <w:t>Розробник</w:t>
      </w:r>
      <w:proofErr w:type="spellEnd"/>
      <w:r w:rsidRPr="00047288">
        <w:rPr>
          <w:rFonts w:cs="Times New Roman"/>
          <w:b/>
          <w:sz w:val="24"/>
        </w:rPr>
        <w:t xml:space="preserve"> </w:t>
      </w:r>
      <w:proofErr w:type="spellStart"/>
      <w:r w:rsidRPr="00047288">
        <w:rPr>
          <w:rFonts w:cs="Times New Roman"/>
          <w:b/>
          <w:sz w:val="24"/>
        </w:rPr>
        <w:t>про</w:t>
      </w:r>
      <w:proofErr w:type="spellEnd"/>
      <w:r w:rsidRPr="00047288">
        <w:rPr>
          <w:rFonts w:cs="Times New Roman"/>
          <w:b/>
          <w:sz w:val="24"/>
          <w:lang w:val="uk-UA"/>
        </w:rPr>
        <w:t>є</w:t>
      </w:r>
      <w:proofErr w:type="spellStart"/>
      <w:r w:rsidRPr="00047288">
        <w:rPr>
          <w:rFonts w:cs="Times New Roman"/>
          <w:b/>
          <w:sz w:val="24"/>
        </w:rPr>
        <w:t>кту</w:t>
      </w:r>
      <w:proofErr w:type="spellEnd"/>
      <w:r w:rsidRPr="00047288">
        <w:rPr>
          <w:rFonts w:cs="Times New Roman"/>
          <w:sz w:val="24"/>
        </w:rPr>
        <w:t>:</w:t>
      </w:r>
      <w:r w:rsidRPr="00047288">
        <w:rPr>
          <w:rFonts w:cs="Times New Roman"/>
          <w:b/>
          <w:sz w:val="24"/>
        </w:rPr>
        <w:t xml:space="preserve"> </w:t>
      </w:r>
      <w:r w:rsidRPr="00047288">
        <w:rPr>
          <w:rFonts w:cs="Times New Roman"/>
          <w:sz w:val="24"/>
          <w:lang w:val="uk-UA"/>
        </w:rPr>
        <w:t>Алла СІРОМАХА</w:t>
      </w:r>
      <w:r w:rsidRPr="00047288">
        <w:rPr>
          <w:rFonts w:cs="Times New Roman"/>
          <w:sz w:val="24"/>
        </w:rPr>
        <w:t xml:space="preserve">, </w:t>
      </w:r>
      <w:r w:rsidRPr="00047288">
        <w:rPr>
          <w:rFonts w:cs="Times New Roman"/>
          <w:sz w:val="24"/>
          <w:lang w:val="uk-UA"/>
        </w:rPr>
        <w:t>головний спеціаліст відділу юридичного забезпечення</w:t>
      </w:r>
    </w:p>
    <w:p w:rsidR="00AE0C96" w:rsidRPr="00047288" w:rsidRDefault="00AE0C96" w:rsidP="00AE0C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cs="Times New Roman"/>
          <w:sz w:val="24"/>
          <w:lang w:val="uk-UA"/>
        </w:rPr>
      </w:pPr>
    </w:p>
    <w:p w:rsidR="00AE0C96" w:rsidRDefault="00AE0C96" w:rsidP="00AE0C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cs="Times New Roman"/>
          <w:sz w:val="24"/>
          <w:szCs w:val="27"/>
        </w:rPr>
      </w:pPr>
      <w:proofErr w:type="spellStart"/>
      <w:r w:rsidRPr="00047288">
        <w:rPr>
          <w:rFonts w:cs="Times New Roman"/>
          <w:b/>
          <w:sz w:val="24"/>
        </w:rPr>
        <w:t>Зауваження</w:t>
      </w:r>
      <w:proofErr w:type="spellEnd"/>
      <w:r w:rsidRPr="00047288">
        <w:rPr>
          <w:rFonts w:cs="Times New Roman"/>
          <w:b/>
          <w:sz w:val="24"/>
        </w:rPr>
        <w:t xml:space="preserve"> </w:t>
      </w:r>
      <w:proofErr w:type="spellStart"/>
      <w:r w:rsidRPr="00047288">
        <w:rPr>
          <w:rFonts w:cs="Times New Roman"/>
          <w:b/>
          <w:sz w:val="24"/>
        </w:rPr>
        <w:t>та</w:t>
      </w:r>
      <w:proofErr w:type="spellEnd"/>
      <w:r w:rsidRPr="00047288">
        <w:rPr>
          <w:rFonts w:cs="Times New Roman"/>
          <w:b/>
          <w:sz w:val="24"/>
        </w:rPr>
        <w:t xml:space="preserve"> </w:t>
      </w:r>
      <w:proofErr w:type="spellStart"/>
      <w:r w:rsidRPr="00047288">
        <w:rPr>
          <w:rFonts w:cs="Times New Roman"/>
          <w:b/>
          <w:sz w:val="24"/>
        </w:rPr>
        <w:t>пропозиції</w:t>
      </w:r>
      <w:proofErr w:type="spellEnd"/>
      <w:r w:rsidRPr="00047288">
        <w:rPr>
          <w:rFonts w:cs="Times New Roman"/>
          <w:sz w:val="24"/>
        </w:rPr>
        <w:t xml:space="preserve"> </w:t>
      </w:r>
      <w:proofErr w:type="spellStart"/>
      <w:r w:rsidRPr="00047288">
        <w:rPr>
          <w:rFonts w:cs="Times New Roman"/>
          <w:b/>
          <w:sz w:val="24"/>
        </w:rPr>
        <w:t>до</w:t>
      </w:r>
      <w:proofErr w:type="spellEnd"/>
      <w:r w:rsidRPr="00047288">
        <w:rPr>
          <w:rFonts w:cs="Times New Roman"/>
          <w:b/>
          <w:sz w:val="24"/>
        </w:rPr>
        <w:t xml:space="preserve"> </w:t>
      </w:r>
      <w:proofErr w:type="spellStart"/>
      <w:r w:rsidRPr="00047288">
        <w:rPr>
          <w:rFonts w:cs="Times New Roman"/>
          <w:b/>
          <w:sz w:val="24"/>
        </w:rPr>
        <w:t>про</w:t>
      </w:r>
      <w:proofErr w:type="spellEnd"/>
      <w:r w:rsidRPr="00047288">
        <w:rPr>
          <w:rFonts w:cs="Times New Roman"/>
          <w:b/>
          <w:sz w:val="24"/>
          <w:lang w:val="uk-UA"/>
        </w:rPr>
        <w:t>є</w:t>
      </w:r>
      <w:proofErr w:type="spellStart"/>
      <w:r w:rsidRPr="00047288">
        <w:rPr>
          <w:rFonts w:cs="Times New Roman"/>
          <w:b/>
          <w:sz w:val="24"/>
        </w:rPr>
        <w:t>кту</w:t>
      </w:r>
      <w:proofErr w:type="spellEnd"/>
      <w:r w:rsidRPr="00047288">
        <w:rPr>
          <w:rFonts w:cs="Times New Roman"/>
          <w:b/>
          <w:sz w:val="24"/>
        </w:rPr>
        <w:t xml:space="preserve"> </w:t>
      </w:r>
      <w:proofErr w:type="spellStart"/>
      <w:r w:rsidRPr="00047288">
        <w:rPr>
          <w:rFonts w:cs="Times New Roman"/>
          <w:b/>
          <w:sz w:val="24"/>
        </w:rPr>
        <w:t>приймаються</w:t>
      </w:r>
      <w:proofErr w:type="spellEnd"/>
      <w:r w:rsidRPr="00047288">
        <w:rPr>
          <w:rFonts w:cs="Times New Roman"/>
          <w:sz w:val="28"/>
          <w:szCs w:val="27"/>
        </w:rPr>
        <w:t xml:space="preserve"> </w:t>
      </w:r>
      <w:proofErr w:type="spellStart"/>
      <w:r w:rsidRPr="00047288">
        <w:rPr>
          <w:rFonts w:cs="Times New Roman"/>
          <w:sz w:val="24"/>
          <w:szCs w:val="27"/>
        </w:rPr>
        <w:t>відділом</w:t>
      </w:r>
      <w:proofErr w:type="spellEnd"/>
      <w:r w:rsidRPr="00047288">
        <w:rPr>
          <w:rFonts w:cs="Times New Roman"/>
          <w:sz w:val="24"/>
          <w:szCs w:val="27"/>
        </w:rPr>
        <w:t xml:space="preserve"> </w:t>
      </w:r>
      <w:proofErr w:type="spellStart"/>
      <w:r w:rsidRPr="00047288">
        <w:rPr>
          <w:rFonts w:cs="Times New Roman"/>
          <w:sz w:val="24"/>
          <w:szCs w:val="27"/>
        </w:rPr>
        <w:t>юридичного</w:t>
      </w:r>
      <w:proofErr w:type="spellEnd"/>
      <w:r w:rsidRPr="00047288">
        <w:rPr>
          <w:rFonts w:cs="Times New Roman"/>
          <w:sz w:val="24"/>
          <w:szCs w:val="27"/>
        </w:rPr>
        <w:t xml:space="preserve"> </w:t>
      </w:r>
      <w:proofErr w:type="spellStart"/>
      <w:r w:rsidRPr="00047288">
        <w:rPr>
          <w:rFonts w:cs="Times New Roman"/>
          <w:sz w:val="24"/>
          <w:szCs w:val="27"/>
        </w:rPr>
        <w:t>забезпечення</w:t>
      </w:r>
      <w:proofErr w:type="spellEnd"/>
      <w:r w:rsidRPr="00047288">
        <w:rPr>
          <w:rFonts w:cs="Times New Roman"/>
          <w:sz w:val="24"/>
          <w:szCs w:val="27"/>
        </w:rPr>
        <w:t xml:space="preserve"> </w:t>
      </w:r>
      <w:proofErr w:type="spellStart"/>
      <w:r w:rsidRPr="00047288">
        <w:rPr>
          <w:rFonts w:cs="Times New Roman"/>
          <w:sz w:val="24"/>
          <w:szCs w:val="27"/>
        </w:rPr>
        <w:t>за</w:t>
      </w:r>
      <w:proofErr w:type="spellEnd"/>
      <w:r w:rsidRPr="00047288">
        <w:rPr>
          <w:rFonts w:cs="Times New Roman"/>
          <w:sz w:val="24"/>
          <w:szCs w:val="27"/>
        </w:rPr>
        <w:t xml:space="preserve"> </w:t>
      </w:r>
      <w:proofErr w:type="spellStart"/>
      <w:r w:rsidRPr="00047288">
        <w:rPr>
          <w:rFonts w:cs="Times New Roman"/>
          <w:sz w:val="24"/>
          <w:szCs w:val="27"/>
        </w:rPr>
        <w:t>адресою</w:t>
      </w:r>
      <w:proofErr w:type="spellEnd"/>
      <w:r w:rsidRPr="00047288">
        <w:rPr>
          <w:rFonts w:cs="Times New Roman"/>
          <w:sz w:val="24"/>
          <w:szCs w:val="27"/>
        </w:rPr>
        <w:t xml:space="preserve">: м. </w:t>
      </w:r>
      <w:proofErr w:type="spellStart"/>
      <w:r w:rsidRPr="00047288">
        <w:rPr>
          <w:rFonts w:cs="Times New Roman"/>
          <w:sz w:val="24"/>
          <w:szCs w:val="27"/>
        </w:rPr>
        <w:t>Ромни</w:t>
      </w:r>
      <w:proofErr w:type="spellEnd"/>
      <w:r w:rsidRPr="00047288">
        <w:rPr>
          <w:rFonts w:cs="Times New Roman"/>
          <w:sz w:val="24"/>
          <w:szCs w:val="27"/>
        </w:rPr>
        <w:t xml:space="preserve">, </w:t>
      </w:r>
      <w:proofErr w:type="spellStart"/>
      <w:r w:rsidRPr="00047288">
        <w:rPr>
          <w:rFonts w:cs="Times New Roman"/>
          <w:sz w:val="24"/>
          <w:szCs w:val="27"/>
        </w:rPr>
        <w:t>бульвар</w:t>
      </w:r>
      <w:proofErr w:type="spellEnd"/>
      <w:r w:rsidRPr="00047288">
        <w:rPr>
          <w:rFonts w:cs="Times New Roman"/>
          <w:sz w:val="24"/>
          <w:szCs w:val="27"/>
        </w:rPr>
        <w:t xml:space="preserve"> </w:t>
      </w:r>
      <w:proofErr w:type="spellStart"/>
      <w:r w:rsidRPr="00047288">
        <w:rPr>
          <w:rFonts w:cs="Times New Roman"/>
          <w:sz w:val="24"/>
          <w:szCs w:val="27"/>
        </w:rPr>
        <w:t>Шевченка</w:t>
      </w:r>
      <w:proofErr w:type="spellEnd"/>
      <w:r w:rsidRPr="00047288">
        <w:rPr>
          <w:rFonts w:cs="Times New Roman"/>
          <w:sz w:val="24"/>
          <w:szCs w:val="27"/>
        </w:rPr>
        <w:t xml:space="preserve">, 2, </w:t>
      </w:r>
      <w:proofErr w:type="spellStart"/>
      <w:r w:rsidRPr="00047288">
        <w:rPr>
          <w:rFonts w:cs="Times New Roman"/>
          <w:sz w:val="24"/>
          <w:szCs w:val="27"/>
        </w:rPr>
        <w:t>за</w:t>
      </w:r>
      <w:proofErr w:type="spellEnd"/>
      <w:r w:rsidRPr="00047288">
        <w:rPr>
          <w:rFonts w:cs="Times New Roman"/>
          <w:sz w:val="24"/>
          <w:szCs w:val="27"/>
        </w:rPr>
        <w:t xml:space="preserve"> </w:t>
      </w:r>
      <w:proofErr w:type="spellStart"/>
      <w:r w:rsidRPr="00047288">
        <w:rPr>
          <w:rFonts w:cs="Times New Roman"/>
          <w:sz w:val="24"/>
          <w:szCs w:val="27"/>
        </w:rPr>
        <w:t>телефоном</w:t>
      </w:r>
      <w:proofErr w:type="spellEnd"/>
      <w:r w:rsidRPr="00047288">
        <w:rPr>
          <w:rFonts w:cs="Times New Roman"/>
          <w:sz w:val="24"/>
          <w:szCs w:val="27"/>
        </w:rPr>
        <w:t xml:space="preserve"> 5 32 73, </w:t>
      </w:r>
      <w:proofErr w:type="spellStart"/>
      <w:r w:rsidRPr="00047288">
        <w:rPr>
          <w:rFonts w:cs="Times New Roman"/>
          <w:sz w:val="24"/>
          <w:szCs w:val="27"/>
        </w:rPr>
        <w:t>електронною</w:t>
      </w:r>
      <w:proofErr w:type="spellEnd"/>
      <w:r w:rsidRPr="00047288">
        <w:rPr>
          <w:rFonts w:cs="Times New Roman"/>
          <w:sz w:val="24"/>
          <w:szCs w:val="27"/>
        </w:rPr>
        <w:t xml:space="preserve"> </w:t>
      </w:r>
      <w:proofErr w:type="spellStart"/>
      <w:r w:rsidRPr="00047288">
        <w:rPr>
          <w:rFonts w:cs="Times New Roman"/>
          <w:sz w:val="24"/>
          <w:szCs w:val="27"/>
        </w:rPr>
        <w:t>поштою</w:t>
      </w:r>
      <w:proofErr w:type="spellEnd"/>
      <w:r w:rsidRPr="00047288">
        <w:rPr>
          <w:rFonts w:cs="Times New Roman"/>
          <w:sz w:val="24"/>
          <w:szCs w:val="27"/>
        </w:rPr>
        <w:t xml:space="preserve">: </w:t>
      </w:r>
      <w:hyperlink r:id="rId6" w:history="1">
        <w:r w:rsidRPr="00BA724E">
          <w:rPr>
            <w:rStyle w:val="affa"/>
            <w:rFonts w:cs="Times New Roman"/>
            <w:sz w:val="24"/>
            <w:szCs w:val="27"/>
          </w:rPr>
          <w:t>yurist@romny-vk.gov.ua</w:t>
        </w:r>
      </w:hyperlink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4C13E7" w:rsidRDefault="004C13E7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AE0C96" w:rsidRDefault="00AE0C96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  <w:bookmarkStart w:id="0" w:name="_GoBack"/>
      <w:bookmarkEnd w:id="0"/>
    </w:p>
    <w:p w:rsidR="00C9185E" w:rsidRDefault="00C9185E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:rsidR="00EA1DE9" w:rsidRPr="00A601DD" w:rsidRDefault="00EA1DE9" w:rsidP="00E37B97">
      <w:pPr>
        <w:pStyle w:val="af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  <w:proofErr w:type="spellStart"/>
      <w:r w:rsidRPr="00A601DD">
        <w:rPr>
          <w:rFonts w:cs="Times New Roman"/>
          <w:b/>
          <w:bCs/>
        </w:rPr>
        <w:lastRenderedPageBreak/>
        <w:t>Додаток</w:t>
      </w:r>
      <w:proofErr w:type="spellEnd"/>
    </w:p>
    <w:p w:rsidR="00EA1DE9" w:rsidRDefault="00EA1DE9" w:rsidP="00EA1DE9">
      <w:pPr>
        <w:shd w:val="clear" w:color="auto" w:fill="FFFFFF" w:themeFill="background1"/>
        <w:spacing w:after="0"/>
        <w:ind w:left="6663"/>
        <w:rPr>
          <w:rFonts w:cs="Times New Roman"/>
          <w:b/>
          <w:sz w:val="24"/>
          <w:szCs w:val="24"/>
          <w:lang w:val="uk-UA"/>
        </w:rPr>
      </w:pPr>
      <w:proofErr w:type="spellStart"/>
      <w:r w:rsidRPr="00A601DD">
        <w:rPr>
          <w:rFonts w:cs="Times New Roman"/>
          <w:b/>
          <w:bCs/>
          <w:sz w:val="24"/>
        </w:rPr>
        <w:t>до</w:t>
      </w:r>
      <w:proofErr w:type="spellEnd"/>
      <w:r w:rsidRPr="00A601DD">
        <w:rPr>
          <w:rFonts w:cs="Times New Roman"/>
          <w:b/>
          <w:bCs/>
          <w:sz w:val="24"/>
        </w:rPr>
        <w:t xml:space="preserve"> </w:t>
      </w:r>
      <w:proofErr w:type="spellStart"/>
      <w:r w:rsidRPr="00A601DD">
        <w:rPr>
          <w:rFonts w:cs="Times New Roman"/>
          <w:b/>
          <w:bCs/>
          <w:sz w:val="24"/>
        </w:rPr>
        <w:t>рішення</w:t>
      </w:r>
      <w:proofErr w:type="spellEnd"/>
      <w:r w:rsidRPr="00A601DD">
        <w:rPr>
          <w:rFonts w:cs="Times New Roman"/>
          <w:b/>
          <w:bCs/>
          <w:sz w:val="24"/>
        </w:rPr>
        <w:t xml:space="preserve"> </w:t>
      </w:r>
      <w:proofErr w:type="spellStart"/>
      <w:r w:rsidRPr="00A601DD">
        <w:rPr>
          <w:rFonts w:cs="Times New Roman"/>
          <w:b/>
          <w:bCs/>
          <w:sz w:val="24"/>
        </w:rPr>
        <w:t>міської</w:t>
      </w:r>
      <w:proofErr w:type="spellEnd"/>
      <w:r w:rsidRPr="00A601DD">
        <w:rPr>
          <w:rFonts w:cs="Times New Roman"/>
          <w:b/>
          <w:bCs/>
          <w:sz w:val="24"/>
        </w:rPr>
        <w:t xml:space="preserve"> </w:t>
      </w:r>
      <w:proofErr w:type="spellStart"/>
      <w:r w:rsidRPr="00A601DD">
        <w:rPr>
          <w:rFonts w:cs="Times New Roman"/>
          <w:b/>
          <w:bCs/>
          <w:sz w:val="24"/>
        </w:rPr>
        <w:t>ради</w:t>
      </w:r>
      <w:proofErr w:type="spellEnd"/>
      <w:r w:rsidRPr="00A601DD">
        <w:rPr>
          <w:rFonts w:cs="Times New Roman"/>
          <w:b/>
          <w:bCs/>
          <w:sz w:val="24"/>
        </w:rPr>
        <w:t xml:space="preserve"> </w:t>
      </w:r>
      <w:proofErr w:type="spellStart"/>
      <w:r w:rsidRPr="00844D0F">
        <w:rPr>
          <w:rFonts w:cs="Times New Roman"/>
          <w:b/>
          <w:bCs/>
          <w:sz w:val="24"/>
          <w:szCs w:val="24"/>
        </w:rPr>
        <w:t>від</w:t>
      </w:r>
      <w:proofErr w:type="spellEnd"/>
      <w:r w:rsidRPr="00844D0F">
        <w:rPr>
          <w:rFonts w:cs="Times New Roman"/>
          <w:b/>
          <w:bCs/>
          <w:sz w:val="24"/>
          <w:szCs w:val="24"/>
        </w:rPr>
        <w:t xml:space="preserve"> </w:t>
      </w:r>
      <w:r w:rsidR="009D6032">
        <w:rPr>
          <w:rFonts w:cs="Times New Roman"/>
          <w:b/>
          <w:sz w:val="24"/>
          <w:szCs w:val="24"/>
        </w:rPr>
        <w:t>16</w:t>
      </w:r>
      <w:r w:rsidRPr="00844D0F">
        <w:rPr>
          <w:rFonts w:cs="Times New Roman"/>
          <w:b/>
          <w:sz w:val="24"/>
          <w:szCs w:val="24"/>
        </w:rPr>
        <w:t>.</w:t>
      </w:r>
      <w:r w:rsidR="00E37B97">
        <w:rPr>
          <w:rFonts w:cs="Times New Roman"/>
          <w:b/>
          <w:sz w:val="24"/>
          <w:szCs w:val="24"/>
          <w:lang w:val="uk-UA"/>
        </w:rPr>
        <w:t>10</w:t>
      </w:r>
      <w:r w:rsidRPr="00844D0F">
        <w:rPr>
          <w:rFonts w:cs="Times New Roman"/>
          <w:b/>
          <w:sz w:val="24"/>
          <w:szCs w:val="24"/>
        </w:rPr>
        <w:t>.202</w:t>
      </w:r>
      <w:r w:rsidRPr="00844D0F">
        <w:rPr>
          <w:rFonts w:cs="Times New Roman"/>
          <w:b/>
          <w:sz w:val="24"/>
          <w:szCs w:val="24"/>
          <w:lang w:val="uk-UA"/>
        </w:rPr>
        <w:t>6</w:t>
      </w:r>
    </w:p>
    <w:p w:rsidR="00EA1DE9" w:rsidRDefault="00EA1DE9">
      <w:pPr>
        <w:pStyle w:val="aa"/>
        <w:spacing w:after="80"/>
        <w:ind w:right="-228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485172" w:rsidRPr="00A00C2A" w:rsidRDefault="00D77077">
      <w:pPr>
        <w:pStyle w:val="aa"/>
        <w:spacing w:after="80"/>
        <w:ind w:right="-228"/>
        <w:jc w:val="center"/>
        <w:rPr>
          <w:sz w:val="24"/>
          <w:szCs w:val="24"/>
          <w:lang w:val="ru-RU"/>
        </w:rPr>
      </w:pPr>
      <w:r w:rsidRPr="00A00C2A">
        <w:rPr>
          <w:rFonts w:ascii="Times New Roman" w:eastAsia="Times New Roman" w:hAnsi="Times New Roman"/>
          <w:b/>
          <w:sz w:val="24"/>
          <w:szCs w:val="24"/>
          <w:lang w:val="ru-RU"/>
        </w:rPr>
        <w:t>МЕМОРАНДУМ ПРО СПІВПРАЦЮ</w:t>
      </w:r>
    </w:p>
    <w:p w:rsidR="00485172" w:rsidRPr="00A00C2A" w:rsidRDefault="00D77077">
      <w:pPr>
        <w:spacing w:after="40"/>
        <w:ind w:right="-228"/>
        <w:jc w:val="center"/>
        <w:rPr>
          <w:sz w:val="24"/>
          <w:szCs w:val="24"/>
          <w:lang w:val="ru-RU"/>
        </w:rPr>
      </w:pPr>
      <w:proofErr w:type="spellStart"/>
      <w:r w:rsidRPr="00A00C2A">
        <w:rPr>
          <w:b/>
          <w:sz w:val="24"/>
          <w:szCs w:val="24"/>
          <w:lang w:val="ru-RU"/>
        </w:rPr>
        <w:t>між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A00C2A">
        <w:rPr>
          <w:b/>
          <w:sz w:val="24"/>
          <w:szCs w:val="24"/>
          <w:lang w:val="ru-RU"/>
        </w:rPr>
        <w:t>Роменською</w:t>
      </w:r>
      <w:proofErr w:type="spellEnd"/>
      <w:r w:rsidR="00A00C2A">
        <w:rPr>
          <w:b/>
          <w:sz w:val="24"/>
          <w:szCs w:val="24"/>
          <w:lang w:val="ru-RU"/>
        </w:rPr>
        <w:t xml:space="preserve"> </w:t>
      </w:r>
      <w:proofErr w:type="spellStart"/>
      <w:r w:rsidR="00A00C2A">
        <w:rPr>
          <w:b/>
          <w:sz w:val="24"/>
          <w:szCs w:val="24"/>
          <w:lang w:val="ru-RU"/>
        </w:rPr>
        <w:t>міською</w:t>
      </w:r>
      <w:proofErr w:type="spellEnd"/>
      <w:r w:rsidR="00A00C2A">
        <w:rPr>
          <w:b/>
          <w:sz w:val="24"/>
          <w:szCs w:val="24"/>
          <w:lang w:val="ru-RU"/>
        </w:rPr>
        <w:t xml:space="preserve"> </w:t>
      </w:r>
      <w:r w:rsidR="00544D38">
        <w:rPr>
          <w:b/>
          <w:sz w:val="24"/>
          <w:szCs w:val="24"/>
          <w:lang w:val="ru-RU"/>
        </w:rPr>
        <w:t>радою</w:t>
      </w:r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Сумської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області</w:t>
      </w:r>
      <w:proofErr w:type="spellEnd"/>
    </w:p>
    <w:p w:rsidR="00485172" w:rsidRPr="00A00C2A" w:rsidRDefault="00D77077">
      <w:pPr>
        <w:spacing w:after="180"/>
        <w:ind w:right="-228"/>
        <w:jc w:val="center"/>
        <w:rPr>
          <w:sz w:val="24"/>
          <w:szCs w:val="24"/>
          <w:lang w:val="ru-RU"/>
        </w:rPr>
      </w:pPr>
      <w:r w:rsidRPr="00A00C2A">
        <w:rPr>
          <w:b/>
          <w:sz w:val="24"/>
          <w:szCs w:val="24"/>
          <w:lang w:val="ru-RU"/>
        </w:rPr>
        <w:t xml:space="preserve">та </w:t>
      </w:r>
      <w:proofErr w:type="spellStart"/>
      <w:r w:rsidRPr="00A00C2A">
        <w:rPr>
          <w:b/>
          <w:sz w:val="24"/>
          <w:szCs w:val="24"/>
          <w:lang w:val="ru-RU"/>
        </w:rPr>
        <w:t>Благодійною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організацією</w:t>
      </w:r>
      <w:proofErr w:type="spellEnd"/>
      <w:r w:rsidRPr="00A00C2A">
        <w:rPr>
          <w:b/>
          <w:sz w:val="24"/>
          <w:szCs w:val="24"/>
          <w:lang w:val="ru-RU"/>
        </w:rPr>
        <w:t xml:space="preserve"> «</w:t>
      </w:r>
      <w:proofErr w:type="spellStart"/>
      <w:r w:rsidRPr="00A00C2A">
        <w:rPr>
          <w:b/>
          <w:sz w:val="24"/>
          <w:szCs w:val="24"/>
          <w:lang w:val="ru-RU"/>
        </w:rPr>
        <w:t>Світло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надії</w:t>
      </w:r>
      <w:proofErr w:type="spellEnd"/>
      <w:r w:rsidRPr="00A00C2A">
        <w:rPr>
          <w:b/>
          <w:sz w:val="24"/>
          <w:szCs w:val="24"/>
          <w:lang w:val="ru-RU"/>
        </w:rPr>
        <w:t>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485172" w:rsidRPr="00D77077">
        <w:trPr>
          <w:jc w:val="center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485172" w:rsidRPr="00A00C2A" w:rsidRDefault="00D77077" w:rsidP="00A00C2A">
            <w:pPr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 xml:space="preserve">м. </w:t>
            </w:r>
            <w:r w:rsidR="00A00C2A">
              <w:rPr>
                <w:sz w:val="24"/>
                <w:szCs w:val="24"/>
                <w:lang w:val="ru-RU"/>
              </w:rPr>
              <w:t>Ромни</w:t>
            </w: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485172" w:rsidRPr="00D77077" w:rsidRDefault="00D77077">
            <w:pPr>
              <w:ind w:right="-228"/>
              <w:jc w:val="right"/>
              <w:rPr>
                <w:sz w:val="24"/>
                <w:szCs w:val="24"/>
              </w:rPr>
            </w:pPr>
            <w:r w:rsidRPr="00A00C2A">
              <w:rPr>
                <w:sz w:val="24"/>
                <w:szCs w:val="24"/>
                <w:lang w:val="ru-RU"/>
              </w:rPr>
              <w:t>«___» ____________ 20</w:t>
            </w:r>
            <w:r w:rsidRPr="00D77077">
              <w:rPr>
                <w:sz w:val="24"/>
                <w:szCs w:val="24"/>
              </w:rPr>
              <w:t xml:space="preserve">___ </w:t>
            </w:r>
            <w:proofErr w:type="spellStart"/>
            <w:r w:rsidRPr="00D77077">
              <w:rPr>
                <w:sz w:val="24"/>
                <w:szCs w:val="24"/>
              </w:rPr>
              <w:t>рок</w:t>
            </w:r>
            <w:proofErr w:type="spellEnd"/>
            <w:r w:rsidR="00D62D71">
              <w:rPr>
                <w:sz w:val="24"/>
                <w:szCs w:val="24"/>
                <w:lang w:val="uk-UA"/>
              </w:rPr>
              <w:t>у</w:t>
            </w:r>
            <w:r w:rsidRPr="00D77077">
              <w:rPr>
                <w:sz w:val="24"/>
                <w:szCs w:val="24"/>
              </w:rPr>
              <w:t>у</w:t>
            </w:r>
          </w:p>
        </w:tc>
      </w:tr>
    </w:tbl>
    <w:p w:rsidR="00485172" w:rsidRPr="00F964C2" w:rsidRDefault="00544D38" w:rsidP="00F964C2">
      <w:pPr>
        <w:spacing w:after="0"/>
        <w:ind w:right="-228" w:firstLine="567"/>
        <w:jc w:val="both"/>
        <w:rPr>
          <w:rFonts w:cs="Times New Roman"/>
          <w:color w:val="auto"/>
          <w:sz w:val="24"/>
          <w:szCs w:val="24"/>
        </w:rPr>
      </w:pPr>
      <w:r w:rsidRPr="00F964C2">
        <w:rPr>
          <w:rFonts w:cs="Times New Roman"/>
          <w:color w:val="auto"/>
          <w:sz w:val="24"/>
          <w:szCs w:val="24"/>
          <w:lang w:val="uk-UA"/>
        </w:rPr>
        <w:t xml:space="preserve">Роменська міська рада Сумської області, код ЄДРПОУ </w:t>
      </w:r>
      <w:r w:rsidRPr="00F964C2">
        <w:rPr>
          <w:rFonts w:eastAsiaTheme="minorEastAsia" w:cs="Times New Roman"/>
          <w:color w:val="auto"/>
          <w:spacing w:val="-10"/>
          <w:sz w:val="24"/>
          <w:szCs w:val="24"/>
          <w:lang w:val="uk-UA" w:bidi="en-US"/>
        </w:rPr>
        <w:t>35425618, яка представляє інтереси Роменської міської територіальної громади</w:t>
      </w:r>
      <w:r w:rsidR="00D62D71" w:rsidRPr="00F964C2">
        <w:rPr>
          <w:rFonts w:eastAsiaTheme="minorEastAsia" w:cs="Times New Roman"/>
          <w:color w:val="auto"/>
          <w:spacing w:val="-10"/>
          <w:sz w:val="24"/>
          <w:szCs w:val="24"/>
          <w:lang w:val="uk-UA" w:bidi="en-US"/>
        </w:rPr>
        <w:t>,</w:t>
      </w:r>
      <w:r w:rsidRPr="00F964C2">
        <w:rPr>
          <w:rFonts w:eastAsiaTheme="minorEastAsia" w:cs="Times New Roman"/>
          <w:color w:val="auto"/>
          <w:spacing w:val="-10"/>
          <w:sz w:val="24"/>
          <w:szCs w:val="24"/>
          <w:lang w:val="uk-UA" w:bidi="en-US"/>
        </w:rPr>
        <w:t xml:space="preserve"> в особі міського голови Стогнія Олега Анатолійовича, який діє на підставі Закону України «Про місцеве самоврядування в Україні»</w:t>
      </w:r>
      <w:r w:rsidR="00D77077" w:rsidRPr="00F964C2">
        <w:rPr>
          <w:rFonts w:cs="Times New Roman"/>
          <w:color w:val="auto"/>
          <w:sz w:val="24"/>
          <w:szCs w:val="24"/>
        </w:rPr>
        <w:t xml:space="preserve">, </w:t>
      </w:r>
      <w:proofErr w:type="spellStart"/>
      <w:r w:rsidR="00D77077" w:rsidRPr="00F964C2">
        <w:rPr>
          <w:rFonts w:cs="Times New Roman"/>
          <w:color w:val="auto"/>
          <w:sz w:val="24"/>
          <w:szCs w:val="24"/>
        </w:rPr>
        <w:t>надалі</w:t>
      </w:r>
      <w:proofErr w:type="spellEnd"/>
      <w:r w:rsidR="00D77077" w:rsidRPr="00F964C2">
        <w:rPr>
          <w:rFonts w:cs="Times New Roman"/>
          <w:color w:val="auto"/>
          <w:sz w:val="24"/>
          <w:szCs w:val="24"/>
        </w:rPr>
        <w:t xml:space="preserve"> — «</w:t>
      </w:r>
      <w:proofErr w:type="spellStart"/>
      <w:r w:rsidR="00D77077" w:rsidRPr="00F964C2">
        <w:rPr>
          <w:rFonts w:cs="Times New Roman"/>
          <w:color w:val="auto"/>
          <w:sz w:val="24"/>
          <w:szCs w:val="24"/>
        </w:rPr>
        <w:t>Громада</w:t>
      </w:r>
      <w:proofErr w:type="spellEnd"/>
      <w:r w:rsidR="00D77077" w:rsidRPr="00F964C2">
        <w:rPr>
          <w:rFonts w:cs="Times New Roman"/>
          <w:color w:val="auto"/>
          <w:sz w:val="24"/>
          <w:szCs w:val="24"/>
        </w:rPr>
        <w:t xml:space="preserve">», з </w:t>
      </w:r>
      <w:proofErr w:type="spellStart"/>
      <w:r w:rsidR="00D77077" w:rsidRPr="00F964C2">
        <w:rPr>
          <w:rFonts w:cs="Times New Roman"/>
          <w:color w:val="auto"/>
          <w:sz w:val="24"/>
          <w:szCs w:val="24"/>
        </w:rPr>
        <w:t>однієї</w:t>
      </w:r>
      <w:proofErr w:type="spellEnd"/>
      <w:r w:rsidR="00D77077" w:rsidRPr="00F964C2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="00D77077" w:rsidRPr="00F964C2">
        <w:rPr>
          <w:rFonts w:cs="Times New Roman"/>
          <w:color w:val="auto"/>
          <w:sz w:val="24"/>
          <w:szCs w:val="24"/>
        </w:rPr>
        <w:t>сторони</w:t>
      </w:r>
      <w:proofErr w:type="spellEnd"/>
      <w:r w:rsidR="00D77077" w:rsidRPr="00F964C2">
        <w:rPr>
          <w:rFonts w:cs="Times New Roman"/>
          <w:color w:val="auto"/>
          <w:sz w:val="24"/>
          <w:szCs w:val="24"/>
        </w:rPr>
        <w:t>,</w:t>
      </w:r>
    </w:p>
    <w:p w:rsidR="0041593F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proofErr w:type="spellStart"/>
      <w:r w:rsidRPr="00F964C2">
        <w:rPr>
          <w:rFonts w:cs="Times New Roman"/>
          <w:sz w:val="24"/>
          <w:szCs w:val="24"/>
        </w:rPr>
        <w:t>та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Благодійна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організація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r w:rsidRPr="00F964C2">
        <w:rPr>
          <w:rFonts w:cs="Times New Roman"/>
          <w:color w:val="auto"/>
          <w:sz w:val="24"/>
          <w:szCs w:val="24"/>
        </w:rPr>
        <w:t>«С</w:t>
      </w:r>
      <w:proofErr w:type="spellStart"/>
      <w:r w:rsidR="00496EFF" w:rsidRPr="00F964C2">
        <w:rPr>
          <w:rFonts w:cs="Times New Roman"/>
          <w:color w:val="auto"/>
          <w:sz w:val="24"/>
          <w:szCs w:val="24"/>
          <w:lang w:val="uk-UA"/>
        </w:rPr>
        <w:t>вітло</w:t>
      </w:r>
      <w:proofErr w:type="spellEnd"/>
      <w:r w:rsidR="00496EFF" w:rsidRPr="00F964C2">
        <w:rPr>
          <w:rFonts w:cs="Times New Roman"/>
          <w:color w:val="auto"/>
          <w:sz w:val="24"/>
          <w:szCs w:val="24"/>
          <w:lang w:val="uk-UA"/>
        </w:rPr>
        <w:t xml:space="preserve"> надії</w:t>
      </w:r>
      <w:r w:rsidRPr="00F964C2">
        <w:rPr>
          <w:rFonts w:cs="Times New Roman"/>
          <w:color w:val="auto"/>
          <w:sz w:val="24"/>
          <w:szCs w:val="24"/>
        </w:rPr>
        <w:t xml:space="preserve">», </w:t>
      </w:r>
      <w:proofErr w:type="spellStart"/>
      <w:r w:rsidRPr="00F964C2">
        <w:rPr>
          <w:rFonts w:cs="Times New Roman"/>
          <w:sz w:val="24"/>
          <w:szCs w:val="24"/>
        </w:rPr>
        <w:t>код</w:t>
      </w:r>
      <w:proofErr w:type="spellEnd"/>
      <w:r w:rsidRPr="00F964C2">
        <w:rPr>
          <w:rFonts w:cs="Times New Roman"/>
          <w:sz w:val="24"/>
          <w:szCs w:val="24"/>
        </w:rPr>
        <w:t xml:space="preserve"> ЄДРПОУ 25761556, в </w:t>
      </w:r>
      <w:proofErr w:type="spellStart"/>
      <w:r w:rsidRPr="00F964C2">
        <w:rPr>
          <w:rFonts w:cs="Times New Roman"/>
          <w:sz w:val="24"/>
          <w:szCs w:val="24"/>
        </w:rPr>
        <w:t>особі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директора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виконавчого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Бондаренко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Марії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Павлівни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яка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діє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підставі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Статуту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надалі</w:t>
      </w:r>
      <w:proofErr w:type="spellEnd"/>
      <w:r w:rsidRPr="00F964C2">
        <w:rPr>
          <w:rFonts w:cs="Times New Roman"/>
          <w:sz w:val="24"/>
          <w:szCs w:val="24"/>
        </w:rPr>
        <w:t xml:space="preserve"> — «</w:t>
      </w:r>
      <w:proofErr w:type="spellStart"/>
      <w:r w:rsidRPr="00F964C2">
        <w:rPr>
          <w:rFonts w:cs="Times New Roman"/>
          <w:sz w:val="24"/>
          <w:szCs w:val="24"/>
        </w:rPr>
        <w:t>Організація</w:t>
      </w:r>
      <w:proofErr w:type="spellEnd"/>
      <w:r w:rsidRPr="00F964C2">
        <w:rPr>
          <w:rFonts w:cs="Times New Roman"/>
          <w:sz w:val="24"/>
          <w:szCs w:val="24"/>
        </w:rPr>
        <w:t xml:space="preserve">», з </w:t>
      </w:r>
      <w:proofErr w:type="spellStart"/>
      <w:r w:rsidRPr="00F964C2">
        <w:rPr>
          <w:rFonts w:cs="Times New Roman"/>
          <w:sz w:val="24"/>
          <w:szCs w:val="24"/>
        </w:rPr>
        <w:t>іншої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сторони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</w:p>
    <w:p w:rsidR="0041593F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proofErr w:type="spellStart"/>
      <w:r w:rsidRPr="00F964C2">
        <w:rPr>
          <w:rFonts w:cs="Times New Roman"/>
          <w:sz w:val="24"/>
          <w:szCs w:val="24"/>
        </w:rPr>
        <w:t>разом</w:t>
      </w:r>
      <w:proofErr w:type="spellEnd"/>
      <w:r w:rsidR="00D62D71" w:rsidRPr="00F964C2">
        <w:rPr>
          <w:rFonts w:cs="Times New Roman"/>
          <w:sz w:val="24"/>
          <w:szCs w:val="24"/>
          <w:lang w:val="uk-UA"/>
        </w:rPr>
        <w:t xml:space="preserve"> </w:t>
      </w:r>
      <w:r w:rsidRPr="00F964C2">
        <w:rPr>
          <w:rFonts w:cs="Times New Roman"/>
          <w:sz w:val="24"/>
          <w:szCs w:val="24"/>
        </w:rPr>
        <w:t>— «</w:t>
      </w:r>
      <w:proofErr w:type="spellStart"/>
      <w:r w:rsidRPr="00F964C2">
        <w:rPr>
          <w:rFonts w:cs="Times New Roman"/>
          <w:sz w:val="24"/>
          <w:szCs w:val="24"/>
        </w:rPr>
        <w:t>Сторони</w:t>
      </w:r>
      <w:proofErr w:type="spellEnd"/>
      <w:r w:rsidRPr="00F964C2">
        <w:rPr>
          <w:rFonts w:cs="Times New Roman"/>
          <w:sz w:val="24"/>
          <w:szCs w:val="24"/>
        </w:rPr>
        <w:t xml:space="preserve">», а </w:t>
      </w:r>
      <w:proofErr w:type="spellStart"/>
      <w:r w:rsidRPr="00F964C2">
        <w:rPr>
          <w:rFonts w:cs="Times New Roman"/>
          <w:sz w:val="24"/>
          <w:szCs w:val="24"/>
        </w:rPr>
        <w:t>кожна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окремо</w:t>
      </w:r>
      <w:proofErr w:type="spellEnd"/>
      <w:r w:rsidRPr="00F964C2">
        <w:rPr>
          <w:rFonts w:cs="Times New Roman"/>
          <w:sz w:val="24"/>
          <w:szCs w:val="24"/>
        </w:rPr>
        <w:t xml:space="preserve"> — «</w:t>
      </w:r>
      <w:proofErr w:type="spellStart"/>
      <w:r w:rsidRPr="00F964C2">
        <w:rPr>
          <w:rFonts w:cs="Times New Roman"/>
          <w:sz w:val="24"/>
          <w:szCs w:val="24"/>
        </w:rPr>
        <w:t>Сторона</w:t>
      </w:r>
      <w:proofErr w:type="spellEnd"/>
      <w:r w:rsidRPr="00F964C2">
        <w:rPr>
          <w:rFonts w:cs="Times New Roman"/>
          <w:sz w:val="24"/>
          <w:szCs w:val="24"/>
        </w:rPr>
        <w:t xml:space="preserve">», 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proofErr w:type="spellStart"/>
      <w:r w:rsidRPr="00F964C2">
        <w:rPr>
          <w:rFonts w:cs="Times New Roman"/>
          <w:sz w:val="24"/>
          <w:szCs w:val="24"/>
        </w:rPr>
        <w:t>усвідомлюючи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важливість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забезпечення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права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кожної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дитини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зростання</w:t>
      </w:r>
      <w:proofErr w:type="spellEnd"/>
      <w:r w:rsidRPr="00F964C2">
        <w:rPr>
          <w:rFonts w:cs="Times New Roman"/>
          <w:sz w:val="24"/>
          <w:szCs w:val="24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</w:rPr>
        <w:t>безпечному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сімейному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оточенні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уклали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цей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Меморандум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про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співпрацю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надалі</w:t>
      </w:r>
      <w:proofErr w:type="spellEnd"/>
      <w:r w:rsidRPr="00F964C2">
        <w:rPr>
          <w:rFonts w:cs="Times New Roman"/>
          <w:sz w:val="24"/>
          <w:szCs w:val="24"/>
        </w:rPr>
        <w:t xml:space="preserve"> — «</w:t>
      </w:r>
      <w:proofErr w:type="spellStart"/>
      <w:r w:rsidRPr="00F964C2">
        <w:rPr>
          <w:rFonts w:cs="Times New Roman"/>
          <w:sz w:val="24"/>
          <w:szCs w:val="24"/>
        </w:rPr>
        <w:t>Меморандум</w:t>
      </w:r>
      <w:proofErr w:type="spellEnd"/>
      <w:r w:rsidRPr="00F964C2">
        <w:rPr>
          <w:rFonts w:cs="Times New Roman"/>
          <w:sz w:val="24"/>
          <w:szCs w:val="24"/>
        </w:rPr>
        <w:t xml:space="preserve">», </w:t>
      </w:r>
      <w:proofErr w:type="spellStart"/>
      <w:r w:rsidRPr="00F964C2">
        <w:rPr>
          <w:rFonts w:cs="Times New Roman"/>
          <w:sz w:val="24"/>
          <w:szCs w:val="24"/>
        </w:rPr>
        <w:t>про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таке</w:t>
      </w:r>
      <w:proofErr w:type="spellEnd"/>
      <w:r w:rsidRPr="00F964C2">
        <w:rPr>
          <w:rFonts w:cs="Times New Roman"/>
          <w:sz w:val="24"/>
          <w:szCs w:val="24"/>
        </w:rPr>
        <w:t>:</w:t>
      </w:r>
    </w:p>
    <w:p w:rsidR="00485172" w:rsidRPr="00F964C2" w:rsidRDefault="009A3384" w:rsidP="00F964C2">
      <w:pPr>
        <w:keepNext/>
        <w:spacing w:before="180"/>
        <w:ind w:right="-228"/>
        <w:jc w:val="center"/>
        <w:rPr>
          <w:rFonts w:cs="Times New Roman"/>
          <w:sz w:val="24"/>
          <w:szCs w:val="24"/>
        </w:rPr>
      </w:pPr>
      <w:r w:rsidRPr="00F964C2">
        <w:rPr>
          <w:rFonts w:cs="Times New Roman"/>
          <w:b/>
          <w:sz w:val="24"/>
          <w:szCs w:val="24"/>
        </w:rPr>
        <w:t>I</w:t>
      </w:r>
      <w:r w:rsidR="00D77077" w:rsidRPr="00F964C2">
        <w:rPr>
          <w:rFonts w:cs="Times New Roman"/>
          <w:b/>
          <w:sz w:val="24"/>
          <w:szCs w:val="24"/>
        </w:rPr>
        <w:t>. ЗАГАЛЬНІ ПОЛОЖЕННЯ ТА МЕТА СПІВПРАЦІ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r w:rsidRPr="00F964C2">
        <w:rPr>
          <w:rFonts w:cs="Times New Roman"/>
          <w:sz w:val="24"/>
          <w:szCs w:val="24"/>
        </w:rPr>
        <w:t>1. Цей Меморандум визначає загальні засади, напрями та наміри Сторін щодо співпраці в межах компонента «Better Care» програми «Надання послуг з мінімізації ризиків ГЗН, запобігання та реагування на них у Харківській та Сумській областях», що реалізується Організацією за підтримки Дитячого фонду ООН (ЮНІСЕФ), надалі — «Проєкт».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color w:val="00B050"/>
          <w:sz w:val="24"/>
          <w:szCs w:val="24"/>
          <w:lang w:val="uk-UA"/>
        </w:rPr>
      </w:pPr>
      <w:r w:rsidRPr="00F964C2">
        <w:rPr>
          <w:rFonts w:cs="Times New Roman"/>
          <w:sz w:val="24"/>
          <w:szCs w:val="24"/>
        </w:rPr>
        <w:t xml:space="preserve">2. Метою співпраці є </w:t>
      </w:r>
      <w:proofErr w:type="spellStart"/>
      <w:r w:rsidRPr="00F964C2">
        <w:rPr>
          <w:rFonts w:cs="Times New Roman"/>
          <w:sz w:val="24"/>
          <w:szCs w:val="24"/>
        </w:rPr>
        <w:t>сприяння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реалізації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місцевому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рівні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Стратегії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забезпечення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права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кожної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дитини</w:t>
      </w:r>
      <w:proofErr w:type="spellEnd"/>
      <w:r w:rsidRPr="00F964C2">
        <w:rPr>
          <w:rFonts w:cs="Times New Roman"/>
          <w:sz w:val="24"/>
          <w:szCs w:val="24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</w:rPr>
        <w:t>Україні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зростання</w:t>
      </w:r>
      <w:proofErr w:type="spellEnd"/>
      <w:r w:rsidRPr="00F964C2">
        <w:rPr>
          <w:rFonts w:cs="Times New Roman"/>
          <w:sz w:val="24"/>
          <w:szCs w:val="24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</w:rPr>
        <w:t>сімейному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оточенні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2024–2028 </w:t>
      </w:r>
      <w:proofErr w:type="spellStart"/>
      <w:r w:rsidRPr="00F964C2">
        <w:rPr>
          <w:rFonts w:cs="Times New Roman"/>
          <w:sz w:val="24"/>
          <w:szCs w:val="24"/>
        </w:rPr>
        <w:t>роки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схваленої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розпорядженням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Кабінету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Міністрів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України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від</w:t>
      </w:r>
      <w:proofErr w:type="spellEnd"/>
      <w:r w:rsidRPr="00F964C2">
        <w:rPr>
          <w:rFonts w:cs="Times New Roman"/>
          <w:sz w:val="24"/>
          <w:szCs w:val="24"/>
        </w:rPr>
        <w:t xml:space="preserve"> 26 </w:t>
      </w:r>
      <w:proofErr w:type="spellStart"/>
      <w:r w:rsidRPr="00F964C2">
        <w:rPr>
          <w:rFonts w:cs="Times New Roman"/>
          <w:sz w:val="24"/>
          <w:szCs w:val="24"/>
        </w:rPr>
        <w:t>листопада</w:t>
      </w:r>
      <w:proofErr w:type="spellEnd"/>
      <w:r w:rsidRPr="00F964C2">
        <w:rPr>
          <w:rFonts w:cs="Times New Roman"/>
          <w:sz w:val="24"/>
          <w:szCs w:val="24"/>
        </w:rPr>
        <w:t xml:space="preserve"> 2024 </w:t>
      </w:r>
      <w:proofErr w:type="spellStart"/>
      <w:r w:rsidRPr="00F964C2">
        <w:rPr>
          <w:rFonts w:cs="Times New Roman"/>
          <w:sz w:val="24"/>
          <w:szCs w:val="24"/>
        </w:rPr>
        <w:t>року</w:t>
      </w:r>
      <w:proofErr w:type="spellEnd"/>
      <w:r w:rsidRPr="00F964C2">
        <w:rPr>
          <w:rFonts w:cs="Times New Roman"/>
          <w:sz w:val="24"/>
          <w:szCs w:val="24"/>
        </w:rPr>
        <w:t xml:space="preserve"> № 1201-р.</w:t>
      </w:r>
      <w:r w:rsidR="00544D38" w:rsidRPr="00F964C2">
        <w:rPr>
          <w:rFonts w:cs="Times New Roman"/>
          <w:sz w:val="24"/>
          <w:szCs w:val="24"/>
          <w:lang w:val="uk-UA"/>
        </w:rPr>
        <w:t xml:space="preserve"> </w:t>
      </w:r>
      <w:r w:rsidR="00544D38" w:rsidRPr="00F964C2">
        <w:rPr>
          <w:rFonts w:cs="Times New Roman"/>
          <w:color w:val="auto"/>
          <w:sz w:val="24"/>
          <w:szCs w:val="24"/>
          <w:lang w:val="uk-UA"/>
        </w:rPr>
        <w:t>«Про схвалення Стратегії забезпечення права кожної дитини в Україні на зростання в сімейному оточенні на 2024 – 2028 роки та затвердження операційного плану заходів на 2024 – 2026 роки з її реалізації»</w:t>
      </w:r>
      <w:r w:rsidR="00C05FFD">
        <w:rPr>
          <w:rFonts w:cs="Times New Roman"/>
          <w:color w:val="auto"/>
          <w:sz w:val="24"/>
          <w:szCs w:val="24"/>
          <w:lang w:val="uk-UA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r w:rsidRPr="00F964C2">
        <w:rPr>
          <w:rFonts w:cs="Times New Roman"/>
          <w:sz w:val="24"/>
          <w:szCs w:val="24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</w:rPr>
        <w:t>Співпраця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Сторін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спрямована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посилення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міжвідомчої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взаємодії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визначення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потреб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дітей</w:t>
      </w:r>
      <w:proofErr w:type="spellEnd"/>
      <w:r w:rsidRPr="00F964C2">
        <w:rPr>
          <w:rFonts w:cs="Times New Roman"/>
          <w:sz w:val="24"/>
          <w:szCs w:val="24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</w:rPr>
        <w:t>сімей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розвиток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соціальних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послуг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підтримку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сімейних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форм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виховання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та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запобігання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безпідставному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влаштуванню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дітей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закладів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інституційного</w:t>
      </w:r>
      <w:proofErr w:type="spellEnd"/>
      <w:r w:rsidR="00544D38" w:rsidRPr="00F964C2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догляду</w:t>
      </w:r>
      <w:proofErr w:type="spellEnd"/>
      <w:r w:rsidR="00544D38" w:rsidRPr="00F964C2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та</w:t>
      </w:r>
      <w:proofErr w:type="spellEnd"/>
      <w:r w:rsidR="00544D38" w:rsidRPr="00F964C2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виховання</w:t>
      </w:r>
      <w:proofErr w:type="spellEnd"/>
      <w:r w:rsidRPr="00F964C2">
        <w:rPr>
          <w:rFonts w:cs="Times New Roman"/>
          <w:sz w:val="24"/>
          <w:szCs w:val="24"/>
        </w:rPr>
        <w:t>.</w:t>
      </w:r>
    </w:p>
    <w:p w:rsidR="00485172" w:rsidRPr="00F964C2" w:rsidRDefault="009A3384" w:rsidP="00F964C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II</w:t>
      </w:r>
      <w:r w:rsidR="00D77077" w:rsidRPr="00F964C2">
        <w:rPr>
          <w:rFonts w:cs="Times New Roman"/>
          <w:b/>
          <w:sz w:val="24"/>
          <w:szCs w:val="24"/>
          <w:lang w:val="ru-RU"/>
        </w:rPr>
        <w:t>. ОСНОВНІ НАПРЯМИ ТА ПРИНЦИПИ СПІВПРАЦІ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намір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співпрацювати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 такими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напрямами</w:t>
      </w:r>
      <w:proofErr w:type="spellEnd"/>
      <w:r w:rsidRPr="00F964C2">
        <w:rPr>
          <w:rFonts w:cs="Times New Roman"/>
          <w:sz w:val="24"/>
          <w:szCs w:val="24"/>
          <w:lang w:val="ru-RU"/>
        </w:rPr>
        <w:t>: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сприяння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утворенню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діяльності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міжвідомчої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групи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розпорядчого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акта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уповноваженого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органу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посадової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особи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самоврядування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проведення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потреб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населення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територіальної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картування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ресурсів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використання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результатів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оцінювання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підготовки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програм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планів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розвитку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lastRenderedPageBreak/>
        <w:t>планування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із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розвитку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сімей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потреб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залучення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експертів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партнерів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консультаційної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методичної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Громади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ресурсів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навчання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консультацій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супервізійної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фахівців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громади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розгляд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покращення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інфраструктури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надавачів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оснащення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створення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належних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умов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прийому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сімей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Співпраця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ґрунтується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на принципах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рівності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добровільності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взаємної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поваги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найкращих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інтересів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недопущення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шкоди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конфіденційності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недискримінації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прозорості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раціонального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використання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ресурсів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Кожний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конкретний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його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формат, строки,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учасники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обсяг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відповідальні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особи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попередньо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формі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у тому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числі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шляхом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обміну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офіційними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листами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повідомленнями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електронною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поштою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9A3384" w:rsidP="00F964C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III</w:t>
      </w:r>
      <w:r w:rsidR="00D77077" w:rsidRPr="00F964C2">
        <w:rPr>
          <w:rFonts w:cs="Times New Roman"/>
          <w:b/>
          <w:sz w:val="24"/>
          <w:szCs w:val="24"/>
          <w:lang w:val="ru-RU"/>
        </w:rPr>
        <w:t>. ОРГАНІЗАЦІЯ ВЗАЄМОДІЇ СТОРІН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Громада в межах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законодавством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повноважень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організаційних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намір</w:t>
      </w:r>
      <w:proofErr w:type="spellEnd"/>
      <w:r w:rsidRPr="00F964C2">
        <w:rPr>
          <w:rFonts w:cs="Times New Roman"/>
          <w:sz w:val="24"/>
          <w:szCs w:val="24"/>
          <w:lang w:val="ru-RU"/>
        </w:rPr>
        <w:t>: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сприяти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координації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розвитку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сімей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ініціювати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підтримувати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діяльність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міжвідомчої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групи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сприяти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визначенню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потреб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населення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картуванню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підготовці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пропозицій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програм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планів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визначити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відповідальну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контактну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особу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оперативної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взаємодії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Організацією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сприяти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представників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структурних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підрозділів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установ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надавачів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заходах;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надавати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доступну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узагальнену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інформацію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планування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без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передачі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персональних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отримувачів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якщо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підставах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урахуванням</w:t>
      </w:r>
      <w:proofErr w:type="spellEnd"/>
      <w:r w:rsidR="00806F99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цілей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затвердженого</w:t>
      </w:r>
      <w:proofErr w:type="spellEnd"/>
      <w:r w:rsidR="00806F99" w:rsidRPr="00F964C2">
        <w:rPr>
          <w:rFonts w:cs="Times New Roman"/>
          <w:sz w:val="24"/>
          <w:szCs w:val="24"/>
          <w:lang w:val="ru-RU"/>
        </w:rPr>
        <w:t xml:space="preserve"> </w:t>
      </w:r>
      <w:r w:rsidRPr="00F964C2">
        <w:rPr>
          <w:rFonts w:cs="Times New Roman"/>
          <w:sz w:val="24"/>
          <w:szCs w:val="24"/>
          <w:lang w:val="ru-RU"/>
        </w:rPr>
        <w:t xml:space="preserve">плану,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наявного</w:t>
      </w:r>
      <w:proofErr w:type="spellEnd"/>
      <w:r w:rsidR="00806F99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r w:rsidR="00602A41" w:rsidRPr="00F964C2">
        <w:rPr>
          <w:rFonts w:cs="Times New Roman"/>
          <w:sz w:val="24"/>
          <w:szCs w:val="24"/>
          <w:lang w:val="uk-UA"/>
        </w:rPr>
        <w:t>вимог Дитячого фонду ООН (ЮНІСЕФ)</w:t>
      </w:r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безпекової</w:t>
      </w:r>
      <w:proofErr w:type="spellEnd"/>
      <w:r w:rsidR="00806F99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ситуації</w:t>
      </w:r>
      <w:proofErr w:type="spellEnd"/>
      <w:r w:rsidR="00806F99" w:rsidRPr="00F964C2">
        <w:rPr>
          <w:rFonts w:cs="Times New Roman"/>
          <w:sz w:val="24"/>
          <w:szCs w:val="24"/>
          <w:lang w:val="ru-RU"/>
        </w:rPr>
        <w:t xml:space="preserve"> </w:t>
      </w:r>
      <w:r w:rsidRPr="00F964C2">
        <w:rPr>
          <w:rFonts w:cs="Times New Roman"/>
          <w:sz w:val="24"/>
          <w:szCs w:val="24"/>
          <w:lang w:val="ru-RU"/>
        </w:rPr>
        <w:t>та</w:t>
      </w:r>
      <w:r w:rsidR="00806F99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власних</w:t>
      </w:r>
      <w:proofErr w:type="spellEnd"/>
      <w:r w:rsidR="00806F99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організаційних</w:t>
      </w:r>
      <w:proofErr w:type="spellEnd"/>
      <w:r w:rsidR="00806F99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Pr="00F964C2">
        <w:rPr>
          <w:rFonts w:cs="Times New Roman"/>
          <w:sz w:val="24"/>
          <w:szCs w:val="24"/>
          <w:lang w:val="ru-RU"/>
        </w:rPr>
        <w:t>: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координувати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залучення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експертів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партнерів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громаді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організовувати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навчання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консультації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супервізії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зустрічі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покривати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витрати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пов’язані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із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залученням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тренерів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експертів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проведенням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якщо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такі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витрати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передбачені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затвердженим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бюджетом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надавати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технічну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методичну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інформаційну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та,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матеріальну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підтримку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розглядати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можливість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проведення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поточних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ремонтних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робіт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оснащення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комп’ютерною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технікою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меблями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обладнанням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умови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оформлення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документів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:rsidR="00485172" w:rsidRPr="00F964C2" w:rsidRDefault="00D77077" w:rsidP="00F964C2">
      <w:pPr>
        <w:pStyle w:val="a0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призначати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координатора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оперативної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комунікації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Громадою.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Обсяг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форми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строки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боку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визначаються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кожного заходу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урахуванням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потреб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цілей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ресурсів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Сторонами.</w:t>
      </w:r>
    </w:p>
    <w:p w:rsidR="00485172" w:rsidRPr="00F964C2" w:rsidRDefault="009A3384" w:rsidP="00F964C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lastRenderedPageBreak/>
        <w:t>IV</w:t>
      </w:r>
      <w:r w:rsidR="00D77077" w:rsidRPr="00F964C2">
        <w:rPr>
          <w:rFonts w:cs="Times New Roman"/>
          <w:b/>
          <w:sz w:val="24"/>
          <w:szCs w:val="24"/>
          <w:lang w:val="ru-RU"/>
        </w:rPr>
        <w:t>. БЕЗПЕКА, ЗАХИСТ ДІТЕЙ ТА ПЕРСОНАЛЬНИХ ДАНИХ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реалізації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керуються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принципами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найкращих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інтересів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недопущення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шкоди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безпечної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конфіденційності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нульової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толерантності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будь-</w:t>
      </w:r>
      <w:proofErr w:type="spellStart"/>
      <w:r w:rsidRPr="00F964C2">
        <w:rPr>
          <w:rFonts w:cs="Times New Roman"/>
          <w:sz w:val="24"/>
          <w:szCs w:val="24"/>
          <w:lang w:val="ru-RU"/>
        </w:rPr>
        <w:t>яких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форм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сексуальної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експлуатації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сексуальних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зловживань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домагань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проведення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очних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дотримуються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вимог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безпеки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умовах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воєнного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стану.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разі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оголошення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сигналу «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Повітряна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тривога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»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призупиняється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учасники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прямують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організаторами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укриття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Залежно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безпекової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ситуації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бути перенесений, проведений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дистанційно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скасований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забезпечують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захист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персональних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Інформація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сім’ї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отримувачів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передається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лише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належної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правової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підстави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мінімально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необхідному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обсязі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із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застосуванням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захисту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планування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моніторингу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звітності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використовуються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переважно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знеособлені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та/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узагальнені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Цей Меморандум сам по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собі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не є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підставою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передачі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персональних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отримувачів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4.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Контактні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координаторів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наведені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Додатку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1</w:t>
      </w:r>
      <w:r w:rsidR="008C0A2F" w:rsidRPr="00F964C2">
        <w:rPr>
          <w:rFonts w:cs="Times New Roman"/>
          <w:sz w:val="24"/>
          <w:szCs w:val="24"/>
          <w:lang w:val="ru-RU"/>
        </w:rPr>
        <w:t xml:space="preserve"> до </w:t>
      </w:r>
      <w:r w:rsidR="009A3384" w:rsidRPr="00F964C2">
        <w:rPr>
          <w:rFonts w:cs="Times New Roman"/>
          <w:sz w:val="24"/>
          <w:szCs w:val="24"/>
          <w:lang w:val="ru-RU"/>
        </w:rPr>
        <w:t>Меморандуму</w:t>
      </w:r>
      <w:r w:rsidRPr="00F964C2">
        <w:rPr>
          <w:rFonts w:cs="Times New Roman"/>
          <w:sz w:val="24"/>
          <w:szCs w:val="24"/>
          <w:lang w:val="ru-RU"/>
        </w:rPr>
        <w:t xml:space="preserve">, є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контактними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використовуються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виключно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організаційної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взаємодії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в межах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цього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Зміна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координатора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його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>/</w:t>
      </w:r>
      <w:proofErr w:type="spellStart"/>
      <w:r w:rsidRPr="00F964C2">
        <w:rPr>
          <w:rFonts w:cs="Times New Roman"/>
          <w:sz w:val="24"/>
          <w:szCs w:val="24"/>
          <w:lang w:val="ru-RU"/>
        </w:rPr>
        <w:t>її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контактних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здійснюється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шляхом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потребує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внесення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змін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Меморандуму.</w:t>
      </w:r>
    </w:p>
    <w:p w:rsidR="00485172" w:rsidRPr="00F964C2" w:rsidRDefault="009A3384" w:rsidP="00F964C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V</w:t>
      </w:r>
      <w:r w:rsidR="00D77077" w:rsidRPr="00F964C2">
        <w:rPr>
          <w:rFonts w:cs="Times New Roman"/>
          <w:b/>
          <w:sz w:val="24"/>
          <w:szCs w:val="24"/>
          <w:lang w:val="ru-RU"/>
        </w:rPr>
        <w:t>. ФІНАНСОВІ УМОВИ ТА МАЙНОВІ ВІДНОСИНИ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визначає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загальні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наміри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напрями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співпраці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й сам по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собі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створює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фінансових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майнових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зобов’язань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жодної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не є договором про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надання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робіт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передачу майна,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благодійну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пожертву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спільну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діяльність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Кожна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самостійно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несе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витрати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пов’язані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участю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співпраці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якщо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прямо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договором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належно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оформленим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документом.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надавати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фінансову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матеріальну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технічну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виключно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такої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цілям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затвердженому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бюджету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донора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випадках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коли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воно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дотримання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внутрішніх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процедур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4.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Конкретні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заходи,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передбачають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закупівлю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передачу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обладнання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меблів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чи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майна, 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також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ремонтних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робіт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здійснюються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лише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підставі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договорів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рішень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кошторисів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актів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приймання-передачі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документів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правил донора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внутрішніх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процедур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5.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Підписання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 не є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підтвердженням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виділення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Організацією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коштів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прийняття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Громадою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бюджетних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зобов’язань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9A3384" w:rsidP="00F964C2">
      <w:pPr>
        <w:keepNext/>
        <w:spacing w:before="180" w:after="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VI</w:t>
      </w:r>
      <w:r w:rsidR="00D77077" w:rsidRPr="00F964C2">
        <w:rPr>
          <w:rFonts w:cs="Times New Roman"/>
          <w:b/>
          <w:sz w:val="24"/>
          <w:szCs w:val="24"/>
          <w:lang w:val="ru-RU"/>
        </w:rPr>
        <w:t>. СТРОК ДІЇ, ПРОДОВЖЕННЯ ТА ПРИПИНЕННЯ МЕМОРАНДУМУ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color w:val="00B050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Меморандум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набирає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чинності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його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підписання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обома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Сторонами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r w:rsidR="00903FC5" w:rsidRPr="00F964C2">
        <w:rPr>
          <w:rFonts w:cs="Times New Roman"/>
          <w:sz w:val="24"/>
          <w:szCs w:val="24"/>
          <w:lang w:val="ru-RU"/>
        </w:rPr>
        <w:t>до 30.05.2027.</w:t>
      </w:r>
    </w:p>
    <w:p w:rsidR="00485172" w:rsidRPr="00F964C2" w:rsidRDefault="00903FC5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lastRenderedPageBreak/>
        <w:t>2</w:t>
      </w:r>
      <w:r w:rsidR="00D77077" w:rsidRPr="00F964C2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Продовження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строку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реалізації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та строку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дії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Меморандуму не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створює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обов’язку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продовжувати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відновлювати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збільшувати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чи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іншу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підтримку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та не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змінює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рамкового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і декларативного характеру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цього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Меморандуму.</w:t>
      </w:r>
    </w:p>
    <w:p w:rsidR="00485172" w:rsidRPr="00F964C2" w:rsidRDefault="00903FC5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>3</w:t>
      </w:r>
      <w:r w:rsidR="00D77077" w:rsidRPr="00F964C2">
        <w:rPr>
          <w:rFonts w:cs="Times New Roman"/>
          <w:sz w:val="24"/>
          <w:szCs w:val="24"/>
          <w:lang w:val="ru-RU"/>
        </w:rPr>
        <w:t xml:space="preserve">. У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разі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дострокового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завершення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дія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Меморандуму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припиняється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дати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зазначеної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письмовому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повідомленні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Громаді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903FC5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>4</w:t>
      </w:r>
      <w:r w:rsidR="00D77077" w:rsidRPr="00F964C2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Кожна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зі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припинити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дію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Меморандуму,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письмово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повідомивши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іншу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Сторону не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пізніше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ніж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за 30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календарних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днів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дати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припинення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903FC5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>5</w:t>
      </w:r>
      <w:r w:rsidR="00D77077" w:rsidRPr="00F964C2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Припинення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дії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Меморандуму не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припиняє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зобов’язань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що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виникли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підставі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окремих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договорів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інших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документів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укладених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Сторонами на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його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D77077" w:rsidRPr="00F964C2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="00D77077"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9A3384" w:rsidP="00F964C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VII</w:t>
      </w:r>
      <w:r w:rsidR="00D77077" w:rsidRPr="00F964C2">
        <w:rPr>
          <w:rFonts w:cs="Times New Roman"/>
          <w:b/>
          <w:sz w:val="24"/>
          <w:szCs w:val="24"/>
          <w:lang w:val="ru-RU"/>
        </w:rPr>
        <w:t>. ПРИКІНЦЕВІ ПОЛОЖЕННЯ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Зміни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доповнення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Меморандуму,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крім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випадків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передбачених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пунктами 4.4 та 6.2,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оформлюються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формі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підписуються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уповноваженими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представниками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Питання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виникають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реалізації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вирішують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шляхом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консультацій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переговорів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дотриманням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:rsidR="00485172" w:rsidRPr="00F964C2" w:rsidRDefault="00D77077" w:rsidP="00F964C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Додаток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1 є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невід’ємною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частиною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Меморандуму.</w:t>
      </w:r>
    </w:p>
    <w:p w:rsidR="00485172" w:rsidRPr="00A00C2A" w:rsidRDefault="00D77077" w:rsidP="00F964C2">
      <w:pPr>
        <w:spacing w:after="0"/>
        <w:ind w:right="-228" w:firstLine="567"/>
        <w:jc w:val="both"/>
        <w:rPr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4. Меморандум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складено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українською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мовою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двох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примірниках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однакову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юридичну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силу, по одному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кожної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взаємною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згодою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бути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підписаний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кваліфікованими</w:t>
      </w:r>
      <w:proofErr w:type="spellEnd"/>
      <w:r w:rsidRPr="00A00C2A">
        <w:rPr>
          <w:sz w:val="24"/>
          <w:szCs w:val="24"/>
          <w:lang w:val="ru-RU"/>
        </w:rPr>
        <w:t xml:space="preserve"> </w:t>
      </w:r>
      <w:proofErr w:type="spellStart"/>
      <w:r w:rsidRPr="00A00C2A">
        <w:rPr>
          <w:sz w:val="24"/>
          <w:szCs w:val="24"/>
          <w:lang w:val="ru-RU"/>
        </w:rPr>
        <w:t>електронними</w:t>
      </w:r>
      <w:proofErr w:type="spellEnd"/>
      <w:r w:rsidRPr="00A00C2A">
        <w:rPr>
          <w:sz w:val="24"/>
          <w:szCs w:val="24"/>
          <w:lang w:val="ru-RU"/>
        </w:rPr>
        <w:t xml:space="preserve"> </w:t>
      </w:r>
      <w:proofErr w:type="spellStart"/>
      <w:r w:rsidRPr="00A00C2A">
        <w:rPr>
          <w:sz w:val="24"/>
          <w:szCs w:val="24"/>
          <w:lang w:val="ru-RU"/>
        </w:rPr>
        <w:t>підписами</w:t>
      </w:r>
      <w:proofErr w:type="spellEnd"/>
      <w:r w:rsidRPr="00A00C2A">
        <w:rPr>
          <w:sz w:val="24"/>
          <w:szCs w:val="24"/>
          <w:lang w:val="ru-RU"/>
        </w:rPr>
        <w:t>.</w:t>
      </w:r>
    </w:p>
    <w:p w:rsidR="00485172" w:rsidRPr="00D77077" w:rsidRDefault="00E37B97">
      <w:pPr>
        <w:keepNext/>
        <w:spacing w:before="180" w:after="100"/>
        <w:ind w:right="-228"/>
        <w:jc w:val="center"/>
        <w:rPr>
          <w:sz w:val="24"/>
          <w:szCs w:val="24"/>
        </w:rPr>
      </w:pPr>
      <w:r w:rsidRPr="00F964C2">
        <w:rPr>
          <w:rFonts w:cs="Times New Roman"/>
          <w:b/>
          <w:sz w:val="24"/>
          <w:szCs w:val="24"/>
        </w:rPr>
        <w:t>VIII</w:t>
      </w:r>
      <w:r w:rsidR="00D77077" w:rsidRPr="00D77077">
        <w:rPr>
          <w:b/>
          <w:sz w:val="24"/>
          <w:szCs w:val="24"/>
        </w:rPr>
        <w:t>. РЕКВІЗИТИ ТА ПІДПИСИ СТОРІН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5218"/>
      </w:tblGrid>
      <w:tr w:rsidR="00485172" w:rsidRPr="00D77077" w:rsidTr="00D62D71">
        <w:trPr>
          <w:jc w:val="center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160" w:type="dxa"/>
            </w:tcMar>
          </w:tcPr>
          <w:p w:rsidR="00485172" w:rsidRPr="00496EFF" w:rsidRDefault="00D77077" w:rsidP="009A3384">
            <w:pPr>
              <w:spacing w:after="0"/>
              <w:ind w:right="-228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496EFF">
              <w:rPr>
                <w:b/>
                <w:color w:val="auto"/>
                <w:sz w:val="24"/>
                <w:szCs w:val="24"/>
                <w:lang w:val="ru-RU"/>
              </w:rPr>
              <w:t>Б</w:t>
            </w:r>
            <w:r w:rsidR="00496EFF">
              <w:rPr>
                <w:b/>
                <w:color w:val="auto"/>
                <w:sz w:val="24"/>
                <w:szCs w:val="24"/>
                <w:lang w:val="ru-RU"/>
              </w:rPr>
              <w:t>лагодійна</w:t>
            </w:r>
            <w:proofErr w:type="spellEnd"/>
            <w:r w:rsidR="00496EFF">
              <w:rPr>
                <w:b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96EFF">
              <w:rPr>
                <w:b/>
                <w:color w:val="auto"/>
                <w:sz w:val="24"/>
                <w:szCs w:val="24"/>
                <w:lang w:val="ru-RU"/>
              </w:rPr>
              <w:t>організація</w:t>
            </w:r>
            <w:proofErr w:type="spellEnd"/>
            <w:r w:rsidR="00496EFF" w:rsidRPr="00496EFF">
              <w:rPr>
                <w:b/>
                <w:color w:val="auto"/>
                <w:sz w:val="24"/>
                <w:szCs w:val="24"/>
                <w:lang w:val="ru-RU"/>
              </w:rPr>
              <w:t xml:space="preserve"> </w:t>
            </w:r>
            <w:r w:rsidRPr="00496EFF">
              <w:rPr>
                <w:b/>
                <w:color w:val="auto"/>
                <w:sz w:val="24"/>
                <w:szCs w:val="24"/>
                <w:lang w:val="ru-RU"/>
              </w:rPr>
              <w:br/>
              <w:t>«</w:t>
            </w:r>
            <w:proofErr w:type="spellStart"/>
            <w:r w:rsidRPr="00496EFF">
              <w:rPr>
                <w:b/>
                <w:color w:val="auto"/>
                <w:sz w:val="24"/>
                <w:szCs w:val="24"/>
                <w:lang w:val="ru-RU"/>
              </w:rPr>
              <w:t>С</w:t>
            </w:r>
            <w:r w:rsidR="00496EFF" w:rsidRPr="00496EFF">
              <w:rPr>
                <w:b/>
                <w:color w:val="auto"/>
                <w:sz w:val="24"/>
                <w:szCs w:val="24"/>
                <w:lang w:val="ru-RU"/>
              </w:rPr>
              <w:t>вітло</w:t>
            </w:r>
            <w:proofErr w:type="spellEnd"/>
            <w:r w:rsidR="00496EFF" w:rsidRPr="00496EFF">
              <w:rPr>
                <w:b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96EFF" w:rsidRPr="00496EFF">
              <w:rPr>
                <w:b/>
                <w:color w:val="auto"/>
                <w:sz w:val="24"/>
                <w:szCs w:val="24"/>
                <w:lang w:val="ru-RU"/>
              </w:rPr>
              <w:t>надії</w:t>
            </w:r>
            <w:proofErr w:type="spellEnd"/>
            <w:r w:rsidRPr="00496EFF">
              <w:rPr>
                <w:b/>
                <w:color w:val="auto"/>
                <w:sz w:val="24"/>
                <w:szCs w:val="24"/>
                <w:lang w:val="ru-RU"/>
              </w:rPr>
              <w:t>»</w:t>
            </w:r>
          </w:p>
          <w:p w:rsidR="00485172" w:rsidRPr="00A00C2A" w:rsidRDefault="00D77077" w:rsidP="009A3384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>Код ЄДРПОУ: 25761556</w:t>
            </w:r>
          </w:p>
          <w:p w:rsidR="00602A41" w:rsidRPr="00A00C2A" w:rsidRDefault="00D77077" w:rsidP="009A3384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proofErr w:type="spellStart"/>
            <w:r w:rsidRPr="00A00C2A">
              <w:rPr>
                <w:sz w:val="24"/>
                <w:szCs w:val="24"/>
                <w:lang w:val="ru-RU"/>
              </w:rPr>
              <w:t>Юридична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 xml:space="preserve"> адреса: 36039, </w:t>
            </w:r>
            <w:proofErr w:type="spellStart"/>
            <w:r w:rsidRPr="00A00C2A">
              <w:rPr>
                <w:sz w:val="24"/>
                <w:szCs w:val="24"/>
                <w:lang w:val="ru-RU"/>
              </w:rPr>
              <w:t>Полтавська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 xml:space="preserve"> обл., </w:t>
            </w:r>
          </w:p>
          <w:p w:rsidR="00485172" w:rsidRPr="00A00C2A" w:rsidRDefault="00D77077" w:rsidP="009A3384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 xml:space="preserve">м. Полтава, </w:t>
            </w:r>
            <w:proofErr w:type="spellStart"/>
            <w:r w:rsidRPr="00A00C2A">
              <w:rPr>
                <w:sz w:val="24"/>
                <w:szCs w:val="24"/>
                <w:lang w:val="ru-RU"/>
              </w:rPr>
              <w:t>пров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00C2A">
              <w:rPr>
                <w:sz w:val="24"/>
                <w:szCs w:val="24"/>
                <w:lang w:val="ru-RU"/>
              </w:rPr>
              <w:t>Шеметів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0C2A">
              <w:rPr>
                <w:sz w:val="24"/>
                <w:szCs w:val="24"/>
                <w:lang w:val="ru-RU"/>
              </w:rPr>
              <w:t>Братів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>, буд. 17А</w:t>
            </w:r>
          </w:p>
          <w:p w:rsidR="00485172" w:rsidRPr="00A00C2A" w:rsidRDefault="00AC1F61" w:rsidP="009A3384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0E24B0">
              <w:rPr>
                <w:rFonts w:cs="Times New Roman"/>
                <w:iCs/>
                <w:sz w:val="24"/>
                <w:szCs w:val="24"/>
              </w:rPr>
              <w:t>E-mail:</w:t>
            </w:r>
            <w:r w:rsidRPr="000E24B0">
              <w:rPr>
                <w:rFonts w:cs="Times New Roman"/>
                <w:sz w:val="24"/>
                <w:szCs w:val="24"/>
              </w:rPr>
              <w:t xml:space="preserve"> </w:t>
            </w:r>
            <w:r w:rsidR="00D77077" w:rsidRPr="00D77077">
              <w:rPr>
                <w:sz w:val="24"/>
                <w:szCs w:val="24"/>
              </w:rPr>
              <w:t>office</w:t>
            </w:r>
            <w:r w:rsidR="00D77077" w:rsidRPr="00A00C2A">
              <w:rPr>
                <w:sz w:val="24"/>
                <w:szCs w:val="24"/>
                <w:lang w:val="ru-RU"/>
              </w:rPr>
              <w:t>@</w:t>
            </w:r>
            <w:proofErr w:type="spellStart"/>
            <w:r w:rsidR="00D77077" w:rsidRPr="00D77077">
              <w:rPr>
                <w:sz w:val="24"/>
                <w:szCs w:val="24"/>
              </w:rPr>
              <w:t>lightofhope</w:t>
            </w:r>
            <w:proofErr w:type="spellEnd"/>
            <w:r w:rsidR="00D77077" w:rsidRPr="00A00C2A">
              <w:rPr>
                <w:sz w:val="24"/>
                <w:szCs w:val="24"/>
                <w:lang w:val="ru-RU"/>
              </w:rPr>
              <w:t>.</w:t>
            </w:r>
            <w:r w:rsidR="00D77077" w:rsidRPr="00D77077">
              <w:rPr>
                <w:sz w:val="24"/>
                <w:szCs w:val="24"/>
              </w:rPr>
              <w:t>com</w:t>
            </w:r>
            <w:r w:rsidR="00D77077" w:rsidRPr="00A00C2A">
              <w:rPr>
                <w:sz w:val="24"/>
                <w:szCs w:val="24"/>
                <w:lang w:val="ru-RU"/>
              </w:rPr>
              <w:t>.</w:t>
            </w:r>
            <w:proofErr w:type="spellStart"/>
            <w:r w:rsidR="00D77077" w:rsidRPr="00D77077">
              <w:rPr>
                <w:sz w:val="24"/>
                <w:szCs w:val="24"/>
              </w:rPr>
              <w:t>ua</w:t>
            </w:r>
            <w:proofErr w:type="spellEnd"/>
          </w:p>
          <w:p w:rsidR="00485172" w:rsidRPr="00A00C2A" w:rsidRDefault="00D77077" w:rsidP="009A3384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>Телефон: +38 (050) 060-60-81</w:t>
            </w:r>
          </w:p>
          <w:p w:rsidR="00485172" w:rsidRPr="00A00C2A" w:rsidRDefault="00485172" w:rsidP="009A3384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</w:p>
          <w:p w:rsidR="00374BD4" w:rsidRDefault="00374BD4" w:rsidP="009A3384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</w:p>
          <w:p w:rsidR="00485172" w:rsidRPr="00280588" w:rsidRDefault="00D77077" w:rsidP="009A3384">
            <w:pPr>
              <w:spacing w:after="0"/>
              <w:ind w:right="-228"/>
              <w:rPr>
                <w:b/>
                <w:sz w:val="24"/>
                <w:szCs w:val="24"/>
                <w:lang w:val="ru-RU"/>
              </w:rPr>
            </w:pPr>
            <w:r w:rsidRPr="00280588">
              <w:rPr>
                <w:b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280588">
              <w:rPr>
                <w:b/>
                <w:sz w:val="24"/>
                <w:szCs w:val="24"/>
                <w:lang w:val="ru-RU"/>
              </w:rPr>
              <w:t>виконавчий</w:t>
            </w:r>
            <w:proofErr w:type="spellEnd"/>
          </w:p>
          <w:p w:rsidR="00485172" w:rsidRPr="00A00C2A" w:rsidRDefault="00485172" w:rsidP="009A3384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</w:p>
          <w:p w:rsidR="00485172" w:rsidRPr="00A00C2A" w:rsidRDefault="00D77077" w:rsidP="009A3384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 xml:space="preserve">__________________ </w:t>
            </w:r>
            <w:proofErr w:type="spellStart"/>
            <w:r w:rsidRPr="00374BD4">
              <w:rPr>
                <w:b/>
                <w:sz w:val="24"/>
                <w:szCs w:val="24"/>
                <w:lang w:val="ru-RU"/>
              </w:rPr>
              <w:t>М</w:t>
            </w:r>
            <w:r w:rsidR="0041593F">
              <w:rPr>
                <w:b/>
                <w:sz w:val="24"/>
                <w:szCs w:val="24"/>
                <w:lang w:val="ru-RU"/>
              </w:rPr>
              <w:t>арія</w:t>
            </w:r>
            <w:proofErr w:type="spellEnd"/>
            <w:r w:rsidRPr="00374BD4">
              <w:rPr>
                <w:b/>
                <w:sz w:val="24"/>
                <w:szCs w:val="24"/>
                <w:lang w:val="ru-RU"/>
              </w:rPr>
              <w:t xml:space="preserve"> Б</w:t>
            </w:r>
            <w:r w:rsidR="00374BD4">
              <w:rPr>
                <w:b/>
                <w:sz w:val="24"/>
                <w:szCs w:val="24"/>
                <w:lang w:val="ru-RU"/>
              </w:rPr>
              <w:t>ОНДАРЕНКО</w:t>
            </w:r>
          </w:p>
          <w:p w:rsidR="00485172" w:rsidRPr="00D77077" w:rsidRDefault="00D77077" w:rsidP="009A3384">
            <w:pPr>
              <w:spacing w:after="0"/>
              <w:ind w:right="-228"/>
              <w:rPr>
                <w:sz w:val="24"/>
                <w:szCs w:val="24"/>
              </w:rPr>
            </w:pPr>
            <w:r w:rsidRPr="00D77077">
              <w:rPr>
                <w:sz w:val="24"/>
                <w:szCs w:val="24"/>
              </w:rPr>
              <w:t xml:space="preserve">М. П. 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160" w:type="dxa"/>
            </w:tcMar>
          </w:tcPr>
          <w:p w:rsidR="00374BD4" w:rsidRDefault="00374BD4" w:rsidP="009A3384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Роменська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міська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рада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Сумської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області</w:t>
            </w:r>
            <w:proofErr w:type="spellEnd"/>
          </w:p>
          <w:p w:rsidR="00374BD4" w:rsidRDefault="00374BD4" w:rsidP="009A3384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:rsidR="00D058C6" w:rsidRPr="009576B0" w:rsidRDefault="00D058C6" w:rsidP="009A3384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cs="Times New Roman"/>
                <w:sz w:val="24"/>
                <w:szCs w:val="24"/>
                <w:lang w:eastAsia="ru-RU"/>
              </w:rPr>
            </w:pPr>
            <w:r w:rsidRPr="009576B0">
              <w:rPr>
                <w:rFonts w:cs="Times New Roman"/>
                <w:sz w:val="24"/>
                <w:szCs w:val="24"/>
                <w:lang w:eastAsia="ru-RU"/>
              </w:rPr>
              <w:t xml:space="preserve">ЄДРПОУ </w:t>
            </w:r>
            <w:r w:rsidRPr="009576B0">
              <w:rPr>
                <w:rFonts w:cs="Times New Roman"/>
                <w:sz w:val="24"/>
                <w:szCs w:val="24"/>
              </w:rPr>
              <w:t>35425618</w:t>
            </w:r>
          </w:p>
          <w:p w:rsidR="00374BD4" w:rsidRDefault="00374BD4" w:rsidP="009A3384">
            <w:pPr>
              <w:shd w:val="clear" w:color="auto" w:fill="FFFFFF"/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9576B0">
              <w:rPr>
                <w:rFonts w:cs="Times New Roman"/>
                <w:sz w:val="24"/>
                <w:szCs w:val="24"/>
                <w:lang w:eastAsia="ru-RU"/>
              </w:rPr>
              <w:t>Юридична</w:t>
            </w:r>
            <w:proofErr w:type="spellEnd"/>
            <w:r w:rsidRPr="009576B0">
              <w:rPr>
                <w:rFonts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576B0">
              <w:rPr>
                <w:rFonts w:cs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9576B0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76B0">
              <w:rPr>
                <w:rFonts w:cs="Times New Roman"/>
                <w:sz w:val="24"/>
                <w:szCs w:val="24"/>
                <w:lang w:eastAsia="ru-RU"/>
              </w:rPr>
              <w:t>адреса</w:t>
            </w:r>
            <w:proofErr w:type="spellEnd"/>
            <w:r w:rsidRPr="009576B0">
              <w:rPr>
                <w:rFonts w:cs="Times New Roman"/>
                <w:sz w:val="24"/>
                <w:szCs w:val="24"/>
                <w:lang w:eastAsia="ru-RU"/>
              </w:rPr>
              <w:t>:</w:t>
            </w:r>
            <w:r w:rsidR="009A3384">
              <w:rPr>
                <w:rFonts w:cs="Times New Roman"/>
                <w:sz w:val="24"/>
                <w:szCs w:val="24"/>
                <w:lang w:val="uk-UA" w:eastAsia="ru-RU"/>
              </w:rPr>
              <w:t xml:space="preserve"> </w:t>
            </w:r>
            <w:r w:rsidRPr="009576B0">
              <w:rPr>
                <w:rFonts w:cs="Times New Roman"/>
                <w:sz w:val="24"/>
                <w:szCs w:val="24"/>
              </w:rPr>
              <w:t xml:space="preserve">42000,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Сумська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обл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., м.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Ромни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бульвар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Шевченка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буд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>. 2</w:t>
            </w:r>
          </w:p>
          <w:p w:rsidR="00374BD4" w:rsidRPr="009576B0" w:rsidRDefault="000A46F7" w:rsidP="009A3384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cs="Times New Roman"/>
                <w:sz w:val="24"/>
                <w:szCs w:val="24"/>
                <w:lang w:eastAsia="ru-RU"/>
              </w:rPr>
            </w:pPr>
            <w:r w:rsidRPr="000E24B0">
              <w:rPr>
                <w:rFonts w:cs="Times New Roman"/>
                <w:iCs/>
                <w:sz w:val="24"/>
                <w:szCs w:val="24"/>
              </w:rPr>
              <w:t>E-mail:</w:t>
            </w:r>
            <w:r w:rsidRPr="000E24B0">
              <w:rPr>
                <w:rFonts w:cs="Times New Roman"/>
                <w:sz w:val="24"/>
                <w:szCs w:val="24"/>
              </w:rPr>
              <w:t xml:space="preserve"> </w:t>
            </w:r>
            <w:hyperlink r:id="rId7" w:history="1">
              <w:r w:rsidRPr="000E24B0">
                <w:rPr>
                  <w:rStyle w:val="affa"/>
                  <w:iCs/>
                  <w:color w:val="auto"/>
                  <w:sz w:val="24"/>
                </w:rPr>
                <w:t>misto</w:t>
              </w:r>
              <w:r w:rsidRPr="000E24B0">
                <w:rPr>
                  <w:rStyle w:val="affa"/>
                  <w:iCs/>
                  <w:color w:val="auto"/>
                  <w:sz w:val="24"/>
                  <w:lang w:val="uk-UA"/>
                </w:rPr>
                <w:t>@romny-</w:t>
              </w:r>
              <w:r w:rsidRPr="000E24B0">
                <w:rPr>
                  <w:rStyle w:val="affa"/>
                  <w:iCs/>
                  <w:color w:val="auto"/>
                  <w:sz w:val="24"/>
                </w:rPr>
                <w:t>vk</w:t>
              </w:r>
              <w:r w:rsidRPr="000E24B0">
                <w:rPr>
                  <w:rStyle w:val="affa"/>
                  <w:iCs/>
                  <w:color w:val="auto"/>
                  <w:sz w:val="24"/>
                  <w:lang w:val="uk-UA"/>
                </w:rPr>
                <w:t>.</w:t>
              </w:r>
              <w:r w:rsidRPr="000E24B0">
                <w:rPr>
                  <w:rStyle w:val="affa"/>
                  <w:iCs/>
                  <w:color w:val="auto"/>
                  <w:sz w:val="24"/>
                </w:rPr>
                <w:t>gov</w:t>
              </w:r>
              <w:r w:rsidRPr="000E24B0">
                <w:rPr>
                  <w:rStyle w:val="affa"/>
                  <w:iCs/>
                  <w:color w:val="auto"/>
                  <w:sz w:val="24"/>
                  <w:lang w:val="uk-UA"/>
                </w:rPr>
                <w:t>.ua</w:t>
              </w:r>
            </w:hyperlink>
          </w:p>
          <w:p w:rsidR="00374BD4" w:rsidRPr="000E24B0" w:rsidRDefault="00374BD4" w:rsidP="009A3384">
            <w:pPr>
              <w:spacing w:after="0"/>
              <w:rPr>
                <w:rFonts w:eastAsiaTheme="majorEastAsia" w:cs="Times New Roman"/>
                <w:iCs/>
                <w:sz w:val="24"/>
                <w:szCs w:val="24"/>
              </w:rPr>
            </w:pPr>
            <w:proofErr w:type="spellStart"/>
            <w:r w:rsidRPr="000E24B0">
              <w:rPr>
                <w:rFonts w:cs="Times New Roman"/>
                <w:iCs/>
                <w:sz w:val="24"/>
                <w:szCs w:val="24"/>
                <w:lang w:eastAsia="uk-UA"/>
              </w:rPr>
              <w:t>тел</w:t>
            </w:r>
            <w:proofErr w:type="spellEnd"/>
            <w:r w:rsidRPr="000E24B0">
              <w:rPr>
                <w:rFonts w:cs="Times New Roman"/>
                <w:iCs/>
                <w:sz w:val="24"/>
                <w:szCs w:val="24"/>
                <w:lang w:eastAsia="uk-UA"/>
              </w:rPr>
              <w:t>/</w:t>
            </w:r>
            <w:proofErr w:type="spellStart"/>
            <w:r w:rsidRPr="000E24B0">
              <w:rPr>
                <w:rFonts w:cs="Times New Roman"/>
                <w:iCs/>
                <w:sz w:val="24"/>
                <w:szCs w:val="24"/>
                <w:lang w:eastAsia="uk-UA"/>
              </w:rPr>
              <w:t>факс</w:t>
            </w:r>
            <w:proofErr w:type="spellEnd"/>
            <w:r w:rsidRPr="000E24B0">
              <w:rPr>
                <w:rFonts w:cs="Times New Roman"/>
                <w:sz w:val="24"/>
                <w:szCs w:val="24"/>
              </w:rPr>
              <w:t xml:space="preserve"> (05448) </w:t>
            </w:r>
            <w:r w:rsidRPr="000E24B0">
              <w:rPr>
                <w:spacing w:val="-10"/>
                <w:sz w:val="24"/>
                <w:szCs w:val="24"/>
                <w:lang w:val="uk-UA"/>
              </w:rPr>
              <w:t>5-32-75</w:t>
            </w:r>
          </w:p>
          <w:p w:rsidR="00374BD4" w:rsidRPr="000E24B0" w:rsidRDefault="00374BD4" w:rsidP="009A3384">
            <w:pPr>
              <w:spacing w:after="0"/>
              <w:rPr>
                <w:rFonts w:cs="Times New Roman"/>
                <w:iCs/>
                <w:sz w:val="24"/>
                <w:szCs w:val="24"/>
                <w:u w:val="single"/>
              </w:rPr>
            </w:pPr>
          </w:p>
          <w:p w:rsidR="00374BD4" w:rsidRPr="009576B0" w:rsidRDefault="00374BD4" w:rsidP="009A3384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:rsidR="00374BD4" w:rsidRDefault="00374BD4" w:rsidP="009A3384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proofErr w:type="spellStart"/>
            <w:r w:rsidRPr="009576B0">
              <w:rPr>
                <w:rFonts w:eastAsia="Calibri" w:cs="Times New Roman"/>
                <w:b/>
                <w:bCs/>
                <w:sz w:val="24"/>
                <w:szCs w:val="24"/>
              </w:rPr>
              <w:t>Міський</w:t>
            </w:r>
            <w:proofErr w:type="spellEnd"/>
            <w:r w:rsidRPr="009576B0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76B0">
              <w:rPr>
                <w:rFonts w:eastAsia="Calibri" w:cs="Times New Roman"/>
                <w:b/>
                <w:bCs/>
                <w:sz w:val="24"/>
                <w:szCs w:val="24"/>
              </w:rPr>
              <w:t>голова</w:t>
            </w:r>
            <w:proofErr w:type="spellEnd"/>
            <w:r w:rsidRPr="009576B0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74BD4" w:rsidRPr="00BB05E5" w:rsidRDefault="00374BD4" w:rsidP="009A3384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:rsidR="00374BD4" w:rsidRPr="00280588" w:rsidRDefault="00374BD4" w:rsidP="009A3384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cs="Times New Roman"/>
                <w:b/>
                <w:sz w:val="24"/>
                <w:szCs w:val="24"/>
                <w:lang w:val="uk-UA" w:eastAsia="ru-RU"/>
              </w:rPr>
              <w:t>_______________</w:t>
            </w:r>
            <w:r w:rsidR="0041593F">
              <w:rPr>
                <w:rFonts w:cs="Times New Roman"/>
                <w:b/>
                <w:sz w:val="24"/>
                <w:szCs w:val="24"/>
                <w:lang w:val="uk-UA" w:eastAsia="ru-RU"/>
              </w:rPr>
              <w:t>_____</w:t>
            </w:r>
            <w:r>
              <w:rPr>
                <w:rFonts w:cs="Times New Roman"/>
                <w:b/>
                <w:sz w:val="24"/>
                <w:szCs w:val="24"/>
                <w:lang w:val="uk-UA" w:eastAsia="ru-RU"/>
              </w:rPr>
              <w:t xml:space="preserve"> О</w:t>
            </w:r>
            <w:r w:rsidR="0041593F">
              <w:rPr>
                <w:rFonts w:cs="Times New Roman"/>
                <w:b/>
                <w:sz w:val="24"/>
                <w:szCs w:val="24"/>
                <w:lang w:val="uk-UA" w:eastAsia="ru-RU"/>
              </w:rPr>
              <w:t>лег</w:t>
            </w:r>
            <w:r>
              <w:rPr>
                <w:rFonts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9576B0">
              <w:rPr>
                <w:rFonts w:cs="Times New Roman"/>
                <w:b/>
                <w:sz w:val="24"/>
                <w:szCs w:val="24"/>
                <w:lang w:eastAsia="ru-RU"/>
              </w:rPr>
              <w:t>СТОГНІЙ</w:t>
            </w:r>
          </w:p>
          <w:p w:rsidR="00485172" w:rsidRPr="00D77077" w:rsidRDefault="00374BD4" w:rsidP="009A3384">
            <w:pPr>
              <w:spacing w:after="0"/>
              <w:ind w:right="-228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М.П.</w:t>
            </w:r>
          </w:p>
        </w:tc>
      </w:tr>
    </w:tbl>
    <w:p w:rsidR="00E37B97" w:rsidRDefault="00E37B97" w:rsidP="00E37B97">
      <w:pPr>
        <w:pBdr>
          <w:bar w:val="single" w:sz="4" w:color="auto"/>
        </w:pBdr>
        <w:shd w:val="clear" w:color="auto" w:fill="FFFFFF" w:themeFill="background1"/>
        <w:spacing w:before="40" w:after="40"/>
      </w:pPr>
    </w:p>
    <w:p w:rsidR="00E37B97" w:rsidRDefault="00E37B97" w:rsidP="00E37B97">
      <w:pPr>
        <w:pBdr>
          <w:bar w:val="single" w:sz="4" w:color="auto"/>
        </w:pBdr>
        <w:shd w:val="clear" w:color="auto" w:fill="FFFFFF" w:themeFill="background1"/>
        <w:spacing w:before="40" w:after="40"/>
        <w:rPr>
          <w:rFonts w:cs="Times New Roman"/>
          <w:b/>
          <w:sz w:val="24"/>
          <w:szCs w:val="27"/>
        </w:rPr>
      </w:pPr>
    </w:p>
    <w:p w:rsidR="00E37B97" w:rsidRDefault="00E37B97" w:rsidP="00E37B97">
      <w:pPr>
        <w:pBdr>
          <w:bar w:val="single" w:sz="4" w:color="auto"/>
        </w:pBdr>
        <w:shd w:val="clear" w:color="auto" w:fill="FFFFFF" w:themeFill="background1"/>
        <w:spacing w:before="40" w:after="40"/>
        <w:rPr>
          <w:rFonts w:cs="Times New Roman"/>
          <w:b/>
          <w:sz w:val="24"/>
          <w:szCs w:val="27"/>
        </w:rPr>
      </w:pPr>
    </w:p>
    <w:p w:rsidR="00E37B97" w:rsidRDefault="00E37B97" w:rsidP="00905826">
      <w:pPr>
        <w:spacing w:after="0" w:line="240" w:lineRule="auto"/>
        <w:ind w:left="5103"/>
        <w:jc w:val="right"/>
        <w:rPr>
          <w:rFonts w:cs="Times New Roman"/>
          <w:b/>
          <w:sz w:val="24"/>
          <w:szCs w:val="27"/>
        </w:rPr>
      </w:pPr>
    </w:p>
    <w:p w:rsidR="00CA08D0" w:rsidRDefault="00CA08D0" w:rsidP="00905826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:rsidR="00CA08D0" w:rsidRDefault="00CA08D0" w:rsidP="00905826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:rsidR="00CA08D0" w:rsidRDefault="00CA08D0" w:rsidP="00905826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:rsidR="00CA08D0" w:rsidRDefault="00CA08D0" w:rsidP="00905826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:rsidR="00CA08D0" w:rsidRDefault="00CA08D0" w:rsidP="00905826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:rsidR="00E37B97" w:rsidRDefault="00E37B97" w:rsidP="00905826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:rsidR="00A00C2A" w:rsidRPr="0041593F" w:rsidRDefault="0041593F" w:rsidP="0041593F">
      <w:pPr>
        <w:spacing w:after="0" w:line="240" w:lineRule="auto"/>
        <w:ind w:left="5670"/>
        <w:rPr>
          <w:rFonts w:cs="Times New Roman"/>
          <w:b/>
          <w:bCs/>
          <w:sz w:val="24"/>
          <w:szCs w:val="24"/>
          <w:lang w:val="uk-UA" w:eastAsia="uk-UA"/>
        </w:rPr>
      </w:pPr>
      <w:r w:rsidRPr="0041593F">
        <w:rPr>
          <w:rFonts w:cs="Times New Roman"/>
          <w:b/>
          <w:bCs/>
          <w:sz w:val="24"/>
          <w:szCs w:val="24"/>
          <w:lang w:val="uk-UA" w:eastAsia="uk-UA"/>
        </w:rPr>
        <w:lastRenderedPageBreak/>
        <w:t>Додаток</w:t>
      </w:r>
      <w:r w:rsidR="00A00C2A" w:rsidRPr="0041593F">
        <w:rPr>
          <w:rFonts w:cs="Times New Roman"/>
          <w:b/>
          <w:bCs/>
          <w:sz w:val="24"/>
          <w:szCs w:val="24"/>
          <w:lang w:val="uk-UA" w:eastAsia="uk-UA"/>
        </w:rPr>
        <w:t xml:space="preserve"> </w:t>
      </w:r>
    </w:p>
    <w:p w:rsidR="0041593F" w:rsidRPr="0041593F" w:rsidRDefault="00905826" w:rsidP="0041593F">
      <w:pPr>
        <w:spacing w:after="0" w:line="240" w:lineRule="auto"/>
        <w:ind w:left="5670"/>
        <w:rPr>
          <w:rFonts w:cs="Times New Roman"/>
          <w:b/>
          <w:sz w:val="24"/>
          <w:szCs w:val="24"/>
          <w:lang w:val="uk-UA" w:eastAsia="uk-UA"/>
        </w:rPr>
      </w:pPr>
      <w:r w:rsidRPr="0041593F">
        <w:rPr>
          <w:rFonts w:cs="Times New Roman"/>
          <w:b/>
          <w:sz w:val="24"/>
          <w:szCs w:val="24"/>
          <w:lang w:val="uk-UA" w:eastAsia="uk-UA"/>
        </w:rPr>
        <w:t>д</w:t>
      </w:r>
      <w:r w:rsidR="00D77077" w:rsidRPr="0041593F">
        <w:rPr>
          <w:rFonts w:cs="Times New Roman"/>
          <w:b/>
          <w:sz w:val="24"/>
          <w:szCs w:val="24"/>
          <w:lang w:val="ru-RU" w:eastAsia="uk-UA"/>
        </w:rPr>
        <w:t>о</w:t>
      </w:r>
      <w:r w:rsidR="00A00C2A" w:rsidRPr="0041593F">
        <w:rPr>
          <w:rFonts w:cs="Times New Roman"/>
          <w:b/>
          <w:sz w:val="24"/>
          <w:szCs w:val="24"/>
          <w:lang w:val="uk-UA" w:eastAsia="uk-UA"/>
        </w:rPr>
        <w:t xml:space="preserve"> </w:t>
      </w:r>
      <w:r w:rsidR="00D77077" w:rsidRPr="0041593F">
        <w:rPr>
          <w:rFonts w:cs="Times New Roman"/>
          <w:b/>
          <w:sz w:val="24"/>
          <w:szCs w:val="24"/>
          <w:lang w:val="ru-RU" w:eastAsia="uk-UA"/>
        </w:rPr>
        <w:t>Меморандуму</w:t>
      </w:r>
      <w:r w:rsidR="00A00C2A" w:rsidRPr="0041593F">
        <w:rPr>
          <w:rFonts w:cs="Times New Roman"/>
          <w:b/>
          <w:sz w:val="24"/>
          <w:szCs w:val="24"/>
          <w:lang w:val="uk-UA" w:eastAsia="uk-UA"/>
        </w:rPr>
        <w:t xml:space="preserve"> </w:t>
      </w:r>
      <w:r w:rsidR="00D77077" w:rsidRPr="0041593F">
        <w:rPr>
          <w:rFonts w:cs="Times New Roman"/>
          <w:b/>
          <w:sz w:val="24"/>
          <w:szCs w:val="24"/>
          <w:lang w:val="ru-RU" w:eastAsia="uk-UA"/>
        </w:rPr>
        <w:t>про</w:t>
      </w:r>
      <w:r w:rsidR="00A00C2A" w:rsidRPr="0041593F">
        <w:rPr>
          <w:rFonts w:cs="Times New Roman"/>
          <w:b/>
          <w:sz w:val="24"/>
          <w:szCs w:val="24"/>
          <w:lang w:val="uk-UA" w:eastAsia="uk-UA"/>
        </w:rPr>
        <w:t xml:space="preserve"> </w:t>
      </w:r>
      <w:proofErr w:type="spellStart"/>
      <w:r w:rsidR="00D77077" w:rsidRPr="0041593F">
        <w:rPr>
          <w:rFonts w:cs="Times New Roman"/>
          <w:b/>
          <w:sz w:val="24"/>
          <w:szCs w:val="24"/>
          <w:lang w:val="ru-RU" w:eastAsia="uk-UA"/>
        </w:rPr>
        <w:t>співпрацю</w:t>
      </w:r>
      <w:proofErr w:type="spellEnd"/>
      <w:r w:rsidR="00A00C2A" w:rsidRPr="0041593F">
        <w:rPr>
          <w:rFonts w:cs="Times New Roman"/>
          <w:b/>
          <w:sz w:val="24"/>
          <w:szCs w:val="24"/>
          <w:lang w:val="uk-UA" w:eastAsia="uk-UA"/>
        </w:rPr>
        <w:t xml:space="preserve"> </w:t>
      </w:r>
    </w:p>
    <w:p w:rsidR="00D77077" w:rsidRPr="0041593F" w:rsidRDefault="00D77077" w:rsidP="0041593F">
      <w:pPr>
        <w:spacing w:after="0" w:line="240" w:lineRule="auto"/>
        <w:ind w:left="5670"/>
        <w:rPr>
          <w:rFonts w:cs="Times New Roman"/>
          <w:b/>
          <w:sz w:val="24"/>
          <w:szCs w:val="24"/>
          <w:lang w:val="uk-UA" w:eastAsia="uk-UA"/>
        </w:rPr>
      </w:pPr>
      <w:proofErr w:type="spellStart"/>
      <w:r w:rsidRPr="0041593F">
        <w:rPr>
          <w:rFonts w:cs="Times New Roman"/>
          <w:b/>
          <w:sz w:val="24"/>
          <w:szCs w:val="24"/>
          <w:lang w:val="ru-RU" w:eastAsia="uk-UA"/>
        </w:rPr>
        <w:t>від</w:t>
      </w:r>
      <w:proofErr w:type="spellEnd"/>
      <w:r w:rsidRPr="0041593F">
        <w:rPr>
          <w:rFonts w:cs="Times New Roman"/>
          <w:b/>
          <w:sz w:val="24"/>
          <w:szCs w:val="24"/>
          <w:lang w:val="ru-RU" w:eastAsia="uk-UA"/>
        </w:rPr>
        <w:t xml:space="preserve"> «__</w:t>
      </w:r>
      <w:r w:rsidR="00905826" w:rsidRPr="0041593F">
        <w:rPr>
          <w:rFonts w:cs="Times New Roman"/>
          <w:b/>
          <w:sz w:val="24"/>
          <w:szCs w:val="24"/>
          <w:lang w:val="ru-RU" w:eastAsia="uk-UA"/>
        </w:rPr>
        <w:t>__</w:t>
      </w:r>
      <w:r w:rsidRPr="0041593F">
        <w:rPr>
          <w:rFonts w:cs="Times New Roman"/>
          <w:b/>
          <w:i/>
          <w:iCs/>
          <w:sz w:val="24"/>
          <w:szCs w:val="24"/>
          <w:lang w:val="ru-RU" w:eastAsia="uk-UA"/>
        </w:rPr>
        <w:t>» _</w:t>
      </w:r>
      <w:r w:rsidR="00905826" w:rsidRPr="0041593F">
        <w:rPr>
          <w:rFonts w:cs="Times New Roman"/>
          <w:b/>
          <w:i/>
          <w:iCs/>
          <w:sz w:val="24"/>
          <w:szCs w:val="24"/>
          <w:lang w:val="ru-RU" w:eastAsia="uk-UA"/>
        </w:rPr>
        <w:t>____</w:t>
      </w:r>
      <w:r w:rsidRPr="0041593F">
        <w:rPr>
          <w:rFonts w:cs="Times New Roman"/>
          <w:b/>
          <w:i/>
          <w:iCs/>
          <w:sz w:val="24"/>
          <w:szCs w:val="24"/>
          <w:lang w:val="ru-RU" w:eastAsia="uk-UA"/>
        </w:rPr>
        <w:t xml:space="preserve">_______ </w:t>
      </w:r>
      <w:r w:rsidRPr="0041593F">
        <w:rPr>
          <w:rFonts w:cs="Times New Roman"/>
          <w:b/>
          <w:iCs/>
          <w:sz w:val="24"/>
          <w:szCs w:val="24"/>
          <w:lang w:val="ru-RU" w:eastAsia="uk-UA"/>
        </w:rPr>
        <w:t>202</w:t>
      </w:r>
      <w:r w:rsidR="00FC7895">
        <w:rPr>
          <w:rFonts w:cs="Times New Roman"/>
          <w:b/>
          <w:iCs/>
          <w:sz w:val="24"/>
          <w:szCs w:val="24"/>
          <w:lang w:val="ru-RU" w:eastAsia="uk-UA"/>
        </w:rPr>
        <w:t xml:space="preserve">6 </w:t>
      </w:r>
      <w:r w:rsidRPr="0041593F">
        <w:rPr>
          <w:rFonts w:cs="Times New Roman"/>
          <w:b/>
          <w:sz w:val="24"/>
          <w:szCs w:val="24"/>
          <w:lang w:val="ru-RU" w:eastAsia="uk-UA"/>
        </w:rPr>
        <w:t>р.</w:t>
      </w:r>
    </w:p>
    <w:p w:rsidR="00D77077" w:rsidRPr="00A00C2A" w:rsidRDefault="00D77077" w:rsidP="0041593F">
      <w:pPr>
        <w:spacing w:before="100" w:beforeAutospacing="1" w:after="100" w:afterAutospacing="1" w:line="240" w:lineRule="auto"/>
        <w:jc w:val="center"/>
        <w:rPr>
          <w:rFonts w:cs="Times New Roman"/>
          <w:sz w:val="24"/>
          <w:szCs w:val="24"/>
          <w:lang w:val="uk-UA" w:eastAsia="uk-UA"/>
        </w:rPr>
      </w:pPr>
      <w:r w:rsidRPr="00A00C2A">
        <w:rPr>
          <w:rFonts w:cs="Times New Roman"/>
          <w:b/>
          <w:bCs/>
          <w:sz w:val="24"/>
          <w:szCs w:val="24"/>
          <w:lang w:val="uk-UA" w:eastAsia="uk-UA"/>
        </w:rPr>
        <w:t>Контактні</w:t>
      </w:r>
      <w:r w:rsidR="00A00C2A">
        <w:rPr>
          <w:rFonts w:cs="Times New Roman"/>
          <w:b/>
          <w:bCs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b/>
          <w:bCs/>
          <w:sz w:val="24"/>
          <w:szCs w:val="24"/>
          <w:lang w:val="uk-UA" w:eastAsia="uk-UA"/>
        </w:rPr>
        <w:t>дані</w:t>
      </w:r>
      <w:r w:rsidR="00A00C2A">
        <w:rPr>
          <w:rFonts w:cs="Times New Roman"/>
          <w:b/>
          <w:bCs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b/>
          <w:bCs/>
          <w:sz w:val="24"/>
          <w:szCs w:val="24"/>
          <w:lang w:val="uk-UA" w:eastAsia="uk-UA"/>
        </w:rPr>
        <w:t>відповідальних</w:t>
      </w:r>
      <w:r w:rsidR="00A00C2A">
        <w:rPr>
          <w:rFonts w:cs="Times New Roman"/>
          <w:b/>
          <w:bCs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b/>
          <w:bCs/>
          <w:sz w:val="24"/>
          <w:szCs w:val="24"/>
          <w:lang w:val="uk-UA" w:eastAsia="uk-UA"/>
        </w:rPr>
        <w:t>осіб</w:t>
      </w:r>
    </w:p>
    <w:p w:rsidR="00D77077" w:rsidRPr="00A00C2A" w:rsidRDefault="00D77077" w:rsidP="00C9185E">
      <w:pPr>
        <w:spacing w:after="120" w:line="271" w:lineRule="auto"/>
        <w:ind w:right="-284" w:firstLine="567"/>
        <w:jc w:val="both"/>
        <w:rPr>
          <w:rFonts w:cs="Times New Roman"/>
          <w:sz w:val="24"/>
          <w:szCs w:val="24"/>
          <w:lang w:val="uk-UA" w:eastAsia="uk-UA"/>
        </w:rPr>
      </w:pPr>
      <w:r w:rsidRPr="00A00C2A">
        <w:rPr>
          <w:rFonts w:cs="Times New Roman"/>
          <w:sz w:val="24"/>
          <w:szCs w:val="24"/>
          <w:lang w:val="uk-UA" w:eastAsia="uk-UA"/>
        </w:rPr>
        <w:t>Для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забезпечення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щоденної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координації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заходів, збору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інформації, супроводу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експертів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та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комунікації з робочою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групою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Громади Організаці</w:t>
      </w:r>
      <w:r w:rsidR="00905826">
        <w:rPr>
          <w:rFonts w:cs="Times New Roman"/>
          <w:sz w:val="24"/>
          <w:szCs w:val="24"/>
          <w:lang w:val="uk-UA" w:eastAsia="uk-UA"/>
        </w:rPr>
        <w:t xml:space="preserve">я </w:t>
      </w:r>
      <w:r w:rsidRPr="00A00C2A">
        <w:rPr>
          <w:rFonts w:cs="Times New Roman"/>
          <w:sz w:val="24"/>
          <w:szCs w:val="24"/>
          <w:lang w:val="uk-UA" w:eastAsia="uk-UA"/>
        </w:rPr>
        <w:t>призначає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відповідального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Місцевого</w:t>
      </w:r>
      <w:r w:rsidR="00A00C2A"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координатора.</w:t>
      </w:r>
    </w:p>
    <w:p w:rsidR="00D77077" w:rsidRPr="00C9185E" w:rsidRDefault="00D77077" w:rsidP="00C9185E">
      <w:pPr>
        <w:spacing w:after="120" w:line="271" w:lineRule="auto"/>
        <w:ind w:right="-284" w:firstLine="567"/>
        <w:jc w:val="both"/>
        <w:rPr>
          <w:rFonts w:cs="Times New Roman"/>
          <w:sz w:val="24"/>
          <w:szCs w:val="24"/>
          <w:lang w:val="ru-RU" w:eastAsia="uk-UA"/>
        </w:rPr>
      </w:pPr>
      <w:proofErr w:type="spellStart"/>
      <w:r w:rsidRPr="00C9185E">
        <w:rPr>
          <w:rFonts w:cs="Times New Roman"/>
          <w:bCs/>
          <w:sz w:val="24"/>
          <w:szCs w:val="24"/>
          <w:lang w:val="ru-RU" w:eastAsia="uk-UA"/>
        </w:rPr>
        <w:t>Місцевий</w:t>
      </w:r>
      <w:proofErr w:type="spellEnd"/>
      <w:r w:rsidR="00A00C2A" w:rsidRPr="00C9185E">
        <w:rPr>
          <w:rFonts w:cs="Times New Roman"/>
          <w:bCs/>
          <w:sz w:val="24"/>
          <w:szCs w:val="24"/>
          <w:lang w:val="uk-UA" w:eastAsia="uk-UA"/>
        </w:rPr>
        <w:t xml:space="preserve"> </w:t>
      </w:r>
      <w:r w:rsidRPr="00C9185E">
        <w:rPr>
          <w:rFonts w:cs="Times New Roman"/>
          <w:bCs/>
          <w:sz w:val="24"/>
          <w:szCs w:val="24"/>
          <w:lang w:val="ru-RU" w:eastAsia="uk-UA"/>
        </w:rPr>
        <w:t>координатор</w:t>
      </w:r>
      <w:r w:rsidR="00A00C2A" w:rsidRPr="00C9185E">
        <w:rPr>
          <w:rFonts w:cs="Times New Roman"/>
          <w:bCs/>
          <w:sz w:val="24"/>
          <w:szCs w:val="24"/>
          <w:lang w:val="uk-UA" w:eastAsia="uk-UA"/>
        </w:rPr>
        <w:t xml:space="preserve"> </w:t>
      </w:r>
      <w:proofErr w:type="spellStart"/>
      <w:r w:rsidR="00C9185E" w:rsidRPr="00C9185E">
        <w:rPr>
          <w:rFonts w:cs="Times New Roman"/>
          <w:sz w:val="24"/>
          <w:szCs w:val="24"/>
        </w:rPr>
        <w:t>Благодійн</w:t>
      </w:r>
      <w:r w:rsidR="00C9185E" w:rsidRPr="00C9185E">
        <w:rPr>
          <w:rFonts w:cs="Times New Roman"/>
          <w:sz w:val="24"/>
          <w:szCs w:val="24"/>
          <w:lang w:val="uk-UA"/>
        </w:rPr>
        <w:t>ої</w:t>
      </w:r>
      <w:proofErr w:type="spellEnd"/>
      <w:r w:rsidR="00C9185E" w:rsidRPr="00C9185E">
        <w:rPr>
          <w:rFonts w:cs="Times New Roman"/>
          <w:sz w:val="24"/>
          <w:szCs w:val="24"/>
        </w:rPr>
        <w:t xml:space="preserve"> </w:t>
      </w:r>
      <w:proofErr w:type="spellStart"/>
      <w:r w:rsidR="00C9185E" w:rsidRPr="00C9185E">
        <w:rPr>
          <w:rFonts w:cs="Times New Roman"/>
          <w:sz w:val="24"/>
          <w:szCs w:val="24"/>
        </w:rPr>
        <w:t>організаці</w:t>
      </w:r>
      <w:proofErr w:type="spellEnd"/>
      <w:r w:rsidR="00C9185E" w:rsidRPr="00C9185E">
        <w:rPr>
          <w:rFonts w:cs="Times New Roman"/>
          <w:sz w:val="24"/>
          <w:szCs w:val="24"/>
          <w:lang w:val="uk-UA"/>
        </w:rPr>
        <w:t>ї</w:t>
      </w:r>
      <w:r w:rsidR="00C9185E" w:rsidRPr="00C9185E">
        <w:rPr>
          <w:rFonts w:cs="Times New Roman"/>
          <w:sz w:val="24"/>
          <w:szCs w:val="24"/>
        </w:rPr>
        <w:t xml:space="preserve"> </w:t>
      </w:r>
      <w:r w:rsidR="00C9185E" w:rsidRPr="00C9185E">
        <w:rPr>
          <w:rFonts w:cs="Times New Roman"/>
          <w:color w:val="auto"/>
          <w:sz w:val="24"/>
          <w:szCs w:val="24"/>
        </w:rPr>
        <w:t>«С</w:t>
      </w:r>
      <w:proofErr w:type="spellStart"/>
      <w:r w:rsidR="00C9185E" w:rsidRPr="00C9185E">
        <w:rPr>
          <w:rFonts w:cs="Times New Roman"/>
          <w:color w:val="auto"/>
          <w:sz w:val="24"/>
          <w:szCs w:val="24"/>
          <w:lang w:val="uk-UA"/>
        </w:rPr>
        <w:t>вітло</w:t>
      </w:r>
      <w:proofErr w:type="spellEnd"/>
      <w:r w:rsidR="00C9185E" w:rsidRPr="00C9185E">
        <w:rPr>
          <w:rFonts w:cs="Times New Roman"/>
          <w:color w:val="auto"/>
          <w:sz w:val="24"/>
          <w:szCs w:val="24"/>
          <w:lang w:val="uk-UA"/>
        </w:rPr>
        <w:t xml:space="preserve"> надії</w:t>
      </w:r>
      <w:r w:rsidR="00C9185E" w:rsidRPr="00C9185E">
        <w:rPr>
          <w:rFonts w:cs="Times New Roman"/>
          <w:color w:val="auto"/>
          <w:sz w:val="24"/>
          <w:szCs w:val="24"/>
        </w:rPr>
        <w:t>»</w:t>
      </w:r>
      <w:r w:rsidRPr="00C9185E">
        <w:rPr>
          <w:rFonts w:cs="Times New Roman"/>
          <w:bCs/>
          <w:sz w:val="24"/>
          <w:szCs w:val="24"/>
          <w:lang w:val="ru-RU" w:eastAsia="uk-UA"/>
        </w:rPr>
        <w:t xml:space="preserve"> у </w:t>
      </w:r>
      <w:proofErr w:type="spellStart"/>
      <w:r w:rsidRPr="00C9185E">
        <w:rPr>
          <w:rFonts w:cs="Times New Roman"/>
          <w:bCs/>
          <w:sz w:val="24"/>
          <w:szCs w:val="24"/>
          <w:lang w:val="ru-RU" w:eastAsia="uk-UA"/>
        </w:rPr>
        <w:t>Роменській</w:t>
      </w:r>
      <w:proofErr w:type="spellEnd"/>
      <w:r w:rsidR="00F964C2" w:rsidRPr="00C9185E">
        <w:rPr>
          <w:rFonts w:cs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="00BB6D94" w:rsidRPr="00C9185E">
        <w:rPr>
          <w:rFonts w:cs="Times New Roman"/>
          <w:bCs/>
          <w:sz w:val="24"/>
          <w:szCs w:val="24"/>
          <w:lang w:val="ru-RU" w:eastAsia="uk-UA"/>
        </w:rPr>
        <w:t>міській</w:t>
      </w:r>
      <w:proofErr w:type="spellEnd"/>
      <w:r w:rsidR="00BB6D94" w:rsidRPr="00C9185E">
        <w:rPr>
          <w:rFonts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="00BB6D94" w:rsidRPr="00C9185E">
        <w:rPr>
          <w:rFonts w:cs="Times New Roman"/>
          <w:bCs/>
          <w:sz w:val="24"/>
          <w:szCs w:val="24"/>
          <w:lang w:val="ru-RU" w:eastAsia="uk-UA"/>
        </w:rPr>
        <w:t>територіальній</w:t>
      </w:r>
      <w:proofErr w:type="spellEnd"/>
      <w:r w:rsidR="00BB6D94" w:rsidRPr="00C9185E">
        <w:rPr>
          <w:rFonts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Pr="00C9185E">
        <w:rPr>
          <w:rFonts w:cs="Times New Roman"/>
          <w:bCs/>
          <w:sz w:val="24"/>
          <w:szCs w:val="24"/>
          <w:lang w:val="ru-RU" w:eastAsia="uk-UA"/>
        </w:rPr>
        <w:t>громаді</w:t>
      </w:r>
      <w:proofErr w:type="spellEnd"/>
      <w:r w:rsidRPr="00C9185E">
        <w:rPr>
          <w:rFonts w:cs="Times New Roman"/>
          <w:bCs/>
          <w:sz w:val="24"/>
          <w:szCs w:val="24"/>
          <w:lang w:val="ru-RU" w:eastAsia="uk-UA"/>
        </w:rPr>
        <w:t>:</w:t>
      </w:r>
    </w:p>
    <w:p w:rsidR="00D77077" w:rsidRPr="005A56B7" w:rsidRDefault="00D77077" w:rsidP="00C9185E">
      <w:pPr>
        <w:spacing w:after="120" w:line="271" w:lineRule="auto"/>
        <w:ind w:left="567"/>
        <w:rPr>
          <w:rFonts w:cs="Times New Roman"/>
          <w:sz w:val="24"/>
          <w:szCs w:val="24"/>
          <w:lang w:eastAsia="uk-UA"/>
        </w:rPr>
      </w:pPr>
      <w:r w:rsidRPr="00FC7895">
        <w:rPr>
          <w:rFonts w:cs="Times New Roman"/>
          <w:bCs/>
          <w:sz w:val="24"/>
          <w:szCs w:val="24"/>
          <w:lang w:eastAsia="uk-UA"/>
        </w:rPr>
        <w:t>ПІБ:</w:t>
      </w:r>
      <w:r w:rsidR="00C9185E">
        <w:rPr>
          <w:rFonts w:cs="Times New Roman"/>
          <w:b/>
          <w:bCs/>
          <w:sz w:val="24"/>
          <w:szCs w:val="24"/>
          <w:lang w:val="uk-UA" w:eastAsia="uk-UA"/>
        </w:rPr>
        <w:t xml:space="preserve"> </w:t>
      </w:r>
      <w:proofErr w:type="spellStart"/>
      <w:r w:rsidRPr="005A56B7">
        <w:rPr>
          <w:rFonts w:cs="Times New Roman"/>
          <w:sz w:val="24"/>
          <w:szCs w:val="24"/>
          <w:lang w:eastAsia="uk-UA"/>
        </w:rPr>
        <w:t>Олійник</w:t>
      </w:r>
      <w:proofErr w:type="spellEnd"/>
      <w:r w:rsidR="001531B6">
        <w:rPr>
          <w:rFonts w:cs="Times New Roman"/>
          <w:sz w:val="24"/>
          <w:szCs w:val="24"/>
          <w:lang w:val="uk-UA" w:eastAsia="uk-UA"/>
        </w:rPr>
        <w:t xml:space="preserve"> </w:t>
      </w:r>
      <w:proofErr w:type="spellStart"/>
      <w:r w:rsidRPr="005A56B7">
        <w:rPr>
          <w:rFonts w:cs="Times New Roman"/>
          <w:sz w:val="24"/>
          <w:szCs w:val="24"/>
          <w:lang w:eastAsia="uk-UA"/>
        </w:rPr>
        <w:t>Марина</w:t>
      </w:r>
      <w:proofErr w:type="spellEnd"/>
      <w:r w:rsidR="001531B6">
        <w:rPr>
          <w:rFonts w:cs="Times New Roman"/>
          <w:sz w:val="24"/>
          <w:szCs w:val="24"/>
          <w:lang w:val="uk-UA" w:eastAsia="uk-UA"/>
        </w:rPr>
        <w:t xml:space="preserve"> </w:t>
      </w:r>
      <w:proofErr w:type="spellStart"/>
      <w:r w:rsidRPr="005A56B7">
        <w:rPr>
          <w:rFonts w:cs="Times New Roman"/>
          <w:sz w:val="24"/>
          <w:szCs w:val="24"/>
          <w:lang w:eastAsia="uk-UA"/>
        </w:rPr>
        <w:t>Сергіївна</w:t>
      </w:r>
      <w:proofErr w:type="spellEnd"/>
    </w:p>
    <w:p w:rsidR="00D77077" w:rsidRPr="005A56B7" w:rsidRDefault="00D77077" w:rsidP="00C9185E">
      <w:pPr>
        <w:spacing w:after="120" w:line="271" w:lineRule="auto"/>
        <w:ind w:left="567"/>
        <w:rPr>
          <w:rFonts w:cs="Times New Roman"/>
          <w:sz w:val="24"/>
          <w:szCs w:val="24"/>
          <w:lang w:eastAsia="uk-UA"/>
        </w:rPr>
      </w:pPr>
      <w:proofErr w:type="spellStart"/>
      <w:r w:rsidRPr="00FC7895">
        <w:rPr>
          <w:rFonts w:cs="Times New Roman"/>
          <w:bCs/>
          <w:sz w:val="24"/>
          <w:szCs w:val="24"/>
          <w:lang w:eastAsia="uk-UA"/>
        </w:rPr>
        <w:t>Телефон</w:t>
      </w:r>
      <w:proofErr w:type="spellEnd"/>
      <w:r w:rsidRPr="00FC7895">
        <w:rPr>
          <w:rFonts w:cs="Times New Roman"/>
          <w:bCs/>
          <w:sz w:val="24"/>
          <w:szCs w:val="24"/>
          <w:lang w:eastAsia="uk-UA"/>
        </w:rPr>
        <w:t>:</w:t>
      </w:r>
      <w:r w:rsidRPr="005A56B7">
        <w:rPr>
          <w:rFonts w:cs="Times New Roman"/>
          <w:sz w:val="24"/>
          <w:szCs w:val="24"/>
          <w:lang w:eastAsia="uk-UA"/>
        </w:rPr>
        <w:t xml:space="preserve"> (068) 317-51-40</w:t>
      </w:r>
    </w:p>
    <w:p w:rsidR="00D77077" w:rsidRDefault="00D77077" w:rsidP="00C9185E">
      <w:pPr>
        <w:spacing w:after="120" w:line="271" w:lineRule="auto"/>
        <w:ind w:left="567"/>
        <w:rPr>
          <w:rFonts w:cs="Times New Roman"/>
          <w:sz w:val="24"/>
          <w:szCs w:val="24"/>
          <w:lang w:eastAsia="uk-UA"/>
        </w:rPr>
      </w:pPr>
      <w:proofErr w:type="spellStart"/>
      <w:r w:rsidRPr="00FC7895">
        <w:rPr>
          <w:rFonts w:cs="Times New Roman"/>
          <w:bCs/>
          <w:sz w:val="24"/>
          <w:szCs w:val="24"/>
          <w:lang w:eastAsia="uk-UA"/>
        </w:rPr>
        <w:t>Електронна</w:t>
      </w:r>
      <w:proofErr w:type="spellEnd"/>
      <w:r w:rsidR="00FC7895">
        <w:rPr>
          <w:rFonts w:cs="Times New Roman"/>
          <w:bCs/>
          <w:sz w:val="24"/>
          <w:szCs w:val="24"/>
          <w:lang w:val="uk-UA" w:eastAsia="uk-UA"/>
        </w:rPr>
        <w:t xml:space="preserve"> </w:t>
      </w:r>
      <w:proofErr w:type="spellStart"/>
      <w:r w:rsidRPr="00FC7895">
        <w:rPr>
          <w:rFonts w:cs="Times New Roman"/>
          <w:bCs/>
          <w:sz w:val="24"/>
          <w:szCs w:val="24"/>
          <w:lang w:eastAsia="uk-UA"/>
        </w:rPr>
        <w:t>пошта</w:t>
      </w:r>
      <w:proofErr w:type="spellEnd"/>
      <w:r w:rsidRPr="00FC7895">
        <w:rPr>
          <w:rFonts w:cs="Times New Roman"/>
          <w:bCs/>
          <w:sz w:val="24"/>
          <w:szCs w:val="24"/>
          <w:lang w:eastAsia="uk-UA"/>
        </w:rPr>
        <w:t>:</w:t>
      </w:r>
      <w:r w:rsidRPr="005A56B7">
        <w:rPr>
          <w:rFonts w:cs="Times New Roman"/>
          <w:sz w:val="24"/>
          <w:szCs w:val="24"/>
          <w:lang w:eastAsia="uk-UA"/>
        </w:rPr>
        <w:t xml:space="preserve"> </w:t>
      </w:r>
      <w:hyperlink r:id="rId8" w:history="1">
        <w:r w:rsidR="0049226C" w:rsidRPr="001E2053">
          <w:rPr>
            <w:rStyle w:val="affa"/>
            <w:rFonts w:cs="Times New Roman"/>
            <w:sz w:val="24"/>
            <w:szCs w:val="24"/>
            <w:lang w:eastAsia="uk-UA"/>
          </w:rPr>
          <w:t>mar.tk.1912@gmail.com</w:t>
        </w:r>
      </w:hyperlink>
    </w:p>
    <w:p w:rsidR="0049226C" w:rsidRDefault="0049226C" w:rsidP="0049226C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eastAsia="uk-UA"/>
        </w:rPr>
      </w:pPr>
    </w:p>
    <w:p w:rsidR="00D77077" w:rsidRDefault="00D7707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sz w:val="24"/>
          <w:szCs w:val="27"/>
        </w:rPr>
      </w:pPr>
    </w:p>
    <w:p w:rsidR="004C13E7" w:rsidRDefault="004C13E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:rsidR="00F87887" w:rsidRPr="00574A97" w:rsidRDefault="00F87887" w:rsidP="00F87887">
      <w:pPr>
        <w:shd w:val="clear" w:color="auto" w:fill="FFFFFF" w:themeFill="background1"/>
        <w:spacing w:after="0"/>
        <w:jc w:val="center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lastRenderedPageBreak/>
        <w:t>Пояснювальна записка</w:t>
      </w:r>
    </w:p>
    <w:p w:rsidR="00F87887" w:rsidRPr="00574A97" w:rsidRDefault="00F87887" w:rsidP="00F87887">
      <w:pPr>
        <w:shd w:val="clear" w:color="auto" w:fill="FFFFFF" w:themeFill="background1"/>
        <w:spacing w:after="0" w:line="271" w:lineRule="auto"/>
        <w:jc w:val="center"/>
        <w:rPr>
          <w:b/>
          <w:bCs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 xml:space="preserve">до </w:t>
      </w:r>
      <w:proofErr w:type="spellStart"/>
      <w:r w:rsidRPr="00574A97">
        <w:rPr>
          <w:b/>
          <w:sz w:val="24"/>
          <w:szCs w:val="24"/>
          <w:lang w:val="uk-UA"/>
        </w:rPr>
        <w:t>проєкту</w:t>
      </w:r>
      <w:proofErr w:type="spellEnd"/>
      <w:r w:rsidRPr="00574A97">
        <w:rPr>
          <w:b/>
          <w:sz w:val="24"/>
          <w:szCs w:val="24"/>
          <w:lang w:val="uk-UA"/>
        </w:rPr>
        <w:t xml:space="preserve"> рішення Роменської міської ради </w:t>
      </w:r>
    </w:p>
    <w:p w:rsidR="00F87887" w:rsidRPr="00730DBA" w:rsidRDefault="00F87887" w:rsidP="00F87887">
      <w:pPr>
        <w:jc w:val="center"/>
        <w:rPr>
          <w:rFonts w:cs="Times New Roman"/>
          <w:b/>
          <w:sz w:val="24"/>
          <w:szCs w:val="24"/>
          <w:lang w:val="uk-UA"/>
        </w:rPr>
      </w:pPr>
      <w:r w:rsidRPr="00574A97">
        <w:rPr>
          <w:b/>
          <w:bCs/>
          <w:sz w:val="24"/>
          <w:szCs w:val="24"/>
          <w:lang w:val="uk-UA"/>
        </w:rPr>
        <w:t>«</w:t>
      </w:r>
      <w:r w:rsidRPr="0069481A">
        <w:rPr>
          <w:rFonts w:cs="Times New Roman"/>
          <w:b/>
          <w:sz w:val="24"/>
          <w:szCs w:val="24"/>
          <w:lang w:val="uk-UA"/>
        </w:rPr>
        <w:t xml:space="preserve">Про </w:t>
      </w:r>
      <w:r w:rsidRPr="00DA1F63">
        <w:rPr>
          <w:rFonts w:cs="Times New Roman"/>
          <w:b/>
          <w:sz w:val="24"/>
          <w:szCs w:val="24"/>
          <w:lang w:val="uk-UA"/>
        </w:rPr>
        <w:t xml:space="preserve">підписання Меморандуму </w:t>
      </w:r>
      <w:proofErr w:type="spellStart"/>
      <w:r w:rsidR="0037148A" w:rsidRPr="006938F7">
        <w:rPr>
          <w:rFonts w:cs="Times New Roman"/>
          <w:b/>
          <w:bCs/>
          <w:sz w:val="24"/>
          <w:szCs w:val="24"/>
        </w:rPr>
        <w:t>про</w:t>
      </w:r>
      <w:proofErr w:type="spellEnd"/>
      <w:r w:rsidR="0037148A">
        <w:rPr>
          <w:rFonts w:cs="Times New Roman"/>
          <w:b/>
          <w:bCs/>
          <w:sz w:val="24"/>
          <w:szCs w:val="24"/>
          <w:lang w:val="uk-UA"/>
        </w:rPr>
        <w:t xml:space="preserve"> співпрацю</w:t>
      </w:r>
      <w:r w:rsidR="0037148A" w:rsidRPr="006938F7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37148A" w:rsidRPr="00A00C2A">
        <w:rPr>
          <w:b/>
          <w:sz w:val="24"/>
          <w:szCs w:val="24"/>
          <w:lang w:val="ru-RU"/>
        </w:rPr>
        <w:t>між</w:t>
      </w:r>
      <w:proofErr w:type="spellEnd"/>
      <w:r w:rsidR="0037148A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37148A">
        <w:rPr>
          <w:b/>
          <w:sz w:val="24"/>
          <w:szCs w:val="24"/>
          <w:lang w:val="ru-RU"/>
        </w:rPr>
        <w:t>Роменською</w:t>
      </w:r>
      <w:proofErr w:type="spellEnd"/>
      <w:r w:rsidR="0037148A">
        <w:rPr>
          <w:b/>
          <w:sz w:val="24"/>
          <w:szCs w:val="24"/>
          <w:lang w:val="ru-RU"/>
        </w:rPr>
        <w:t xml:space="preserve"> </w:t>
      </w:r>
      <w:proofErr w:type="spellStart"/>
      <w:r w:rsidR="0037148A">
        <w:rPr>
          <w:b/>
          <w:sz w:val="24"/>
          <w:szCs w:val="24"/>
          <w:lang w:val="ru-RU"/>
        </w:rPr>
        <w:t>міською</w:t>
      </w:r>
      <w:proofErr w:type="spellEnd"/>
      <w:r w:rsidR="0037148A">
        <w:rPr>
          <w:b/>
          <w:sz w:val="24"/>
          <w:szCs w:val="24"/>
          <w:lang w:val="ru-RU"/>
        </w:rPr>
        <w:t xml:space="preserve"> радою</w:t>
      </w:r>
      <w:r w:rsidR="0037148A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37148A" w:rsidRPr="00A00C2A">
        <w:rPr>
          <w:b/>
          <w:sz w:val="24"/>
          <w:szCs w:val="24"/>
          <w:lang w:val="ru-RU"/>
        </w:rPr>
        <w:t>Сумської</w:t>
      </w:r>
      <w:proofErr w:type="spellEnd"/>
      <w:r w:rsidR="0037148A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37148A" w:rsidRPr="00A00C2A">
        <w:rPr>
          <w:b/>
          <w:sz w:val="24"/>
          <w:szCs w:val="24"/>
          <w:lang w:val="ru-RU"/>
        </w:rPr>
        <w:t>області</w:t>
      </w:r>
      <w:proofErr w:type="spellEnd"/>
      <w:r w:rsidR="0037148A">
        <w:rPr>
          <w:b/>
          <w:sz w:val="24"/>
          <w:szCs w:val="24"/>
          <w:lang w:val="ru-RU"/>
        </w:rPr>
        <w:t xml:space="preserve"> </w:t>
      </w:r>
      <w:r w:rsidR="0037148A" w:rsidRPr="00A00C2A">
        <w:rPr>
          <w:b/>
          <w:sz w:val="24"/>
          <w:szCs w:val="24"/>
          <w:lang w:val="ru-RU"/>
        </w:rPr>
        <w:t xml:space="preserve">та </w:t>
      </w:r>
      <w:proofErr w:type="spellStart"/>
      <w:r w:rsidR="0037148A" w:rsidRPr="00A00C2A">
        <w:rPr>
          <w:b/>
          <w:sz w:val="24"/>
          <w:szCs w:val="24"/>
          <w:lang w:val="ru-RU"/>
        </w:rPr>
        <w:t>Благодійною</w:t>
      </w:r>
      <w:proofErr w:type="spellEnd"/>
      <w:r w:rsidR="0037148A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37148A" w:rsidRPr="00A00C2A">
        <w:rPr>
          <w:b/>
          <w:sz w:val="24"/>
          <w:szCs w:val="24"/>
          <w:lang w:val="ru-RU"/>
        </w:rPr>
        <w:t>організацією</w:t>
      </w:r>
      <w:proofErr w:type="spellEnd"/>
      <w:r w:rsidR="0037148A" w:rsidRPr="00A00C2A">
        <w:rPr>
          <w:b/>
          <w:sz w:val="24"/>
          <w:szCs w:val="24"/>
          <w:lang w:val="ru-RU"/>
        </w:rPr>
        <w:t xml:space="preserve"> «</w:t>
      </w:r>
      <w:proofErr w:type="spellStart"/>
      <w:r w:rsidR="0037148A" w:rsidRPr="00A00C2A">
        <w:rPr>
          <w:b/>
          <w:sz w:val="24"/>
          <w:szCs w:val="24"/>
          <w:lang w:val="ru-RU"/>
        </w:rPr>
        <w:t>Світло</w:t>
      </w:r>
      <w:proofErr w:type="spellEnd"/>
      <w:r w:rsidR="0037148A"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="0037148A" w:rsidRPr="00A00C2A">
        <w:rPr>
          <w:b/>
          <w:sz w:val="24"/>
          <w:szCs w:val="24"/>
          <w:lang w:val="ru-RU"/>
        </w:rPr>
        <w:t>надії</w:t>
      </w:r>
      <w:proofErr w:type="spellEnd"/>
      <w:r w:rsidR="0037148A" w:rsidRPr="00A00C2A">
        <w:rPr>
          <w:b/>
          <w:sz w:val="24"/>
          <w:szCs w:val="24"/>
          <w:lang w:val="ru-RU"/>
        </w:rPr>
        <w:t>»</w:t>
      </w:r>
    </w:p>
    <w:p w:rsidR="00F87887" w:rsidRPr="0049226C" w:rsidRDefault="00F87887" w:rsidP="00FC7895">
      <w:pPr>
        <w:spacing w:after="120"/>
        <w:ind w:firstLine="567"/>
        <w:jc w:val="both"/>
        <w:rPr>
          <w:rFonts w:cs="Times New Roman"/>
          <w:sz w:val="24"/>
          <w:szCs w:val="24"/>
          <w:lang w:val="ru-RU"/>
        </w:rPr>
      </w:pPr>
      <w:r w:rsidRPr="00ED657D">
        <w:rPr>
          <w:rFonts w:cs="Times New Roman"/>
          <w:sz w:val="24"/>
          <w:lang w:val="uk-UA" w:eastAsia="uk-UA"/>
        </w:rPr>
        <w:t>Підписання цього Меморандуму зумовлене потребою</w:t>
      </w:r>
      <w:r w:rsidR="00C05FFD" w:rsidRPr="00C05FFD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реалізації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на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місцевому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рівні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Стратегії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забезпечення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права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кожної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дитини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в </w:t>
      </w:r>
      <w:proofErr w:type="spellStart"/>
      <w:r w:rsidR="00C05FFD" w:rsidRPr="00F964C2">
        <w:rPr>
          <w:rFonts w:cs="Times New Roman"/>
          <w:sz w:val="24"/>
          <w:szCs w:val="24"/>
        </w:rPr>
        <w:t>Україні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на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зростання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в </w:t>
      </w:r>
      <w:proofErr w:type="spellStart"/>
      <w:r w:rsidR="00C05FFD" w:rsidRPr="00F964C2">
        <w:rPr>
          <w:rFonts w:cs="Times New Roman"/>
          <w:sz w:val="24"/>
          <w:szCs w:val="24"/>
        </w:rPr>
        <w:t>сімейному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оточенні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на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2024–2028 </w:t>
      </w:r>
      <w:proofErr w:type="spellStart"/>
      <w:r w:rsidR="00C05FFD" w:rsidRPr="00F964C2">
        <w:rPr>
          <w:rFonts w:cs="Times New Roman"/>
          <w:sz w:val="24"/>
          <w:szCs w:val="24"/>
        </w:rPr>
        <w:t>роки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, </w:t>
      </w:r>
      <w:proofErr w:type="spellStart"/>
      <w:r w:rsidR="00C05FFD" w:rsidRPr="00F964C2">
        <w:rPr>
          <w:rFonts w:cs="Times New Roman"/>
          <w:sz w:val="24"/>
          <w:szCs w:val="24"/>
        </w:rPr>
        <w:t>схваленої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розпорядженням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Кабінету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Міністрів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України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</w:t>
      </w:r>
      <w:proofErr w:type="spellStart"/>
      <w:r w:rsidR="00C05FFD" w:rsidRPr="00F964C2">
        <w:rPr>
          <w:rFonts w:cs="Times New Roman"/>
          <w:sz w:val="24"/>
          <w:szCs w:val="24"/>
        </w:rPr>
        <w:t>від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26 </w:t>
      </w:r>
      <w:proofErr w:type="spellStart"/>
      <w:r w:rsidR="00C05FFD" w:rsidRPr="00F964C2">
        <w:rPr>
          <w:rFonts w:cs="Times New Roman"/>
          <w:sz w:val="24"/>
          <w:szCs w:val="24"/>
        </w:rPr>
        <w:t>листопада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2024 </w:t>
      </w:r>
      <w:proofErr w:type="spellStart"/>
      <w:r w:rsidR="00C05FFD" w:rsidRPr="00F964C2">
        <w:rPr>
          <w:rFonts w:cs="Times New Roman"/>
          <w:sz w:val="24"/>
          <w:szCs w:val="24"/>
        </w:rPr>
        <w:t>року</w:t>
      </w:r>
      <w:proofErr w:type="spellEnd"/>
      <w:r w:rsidR="00C05FFD" w:rsidRPr="00F964C2">
        <w:rPr>
          <w:rFonts w:cs="Times New Roman"/>
          <w:sz w:val="24"/>
          <w:szCs w:val="24"/>
        </w:rPr>
        <w:t xml:space="preserve"> № 1201-р.</w:t>
      </w:r>
      <w:r w:rsidR="00C05FFD" w:rsidRPr="00F964C2">
        <w:rPr>
          <w:rFonts w:cs="Times New Roman"/>
          <w:sz w:val="24"/>
          <w:szCs w:val="24"/>
          <w:lang w:val="uk-UA"/>
        </w:rPr>
        <w:t xml:space="preserve"> </w:t>
      </w:r>
      <w:r w:rsidR="00C05FFD" w:rsidRPr="00F964C2">
        <w:rPr>
          <w:rFonts w:cs="Times New Roman"/>
          <w:color w:val="auto"/>
          <w:sz w:val="24"/>
          <w:szCs w:val="24"/>
          <w:lang w:val="uk-UA"/>
        </w:rPr>
        <w:t>«Про схвалення Стратегії забезпечення права кожної дитини в Україні на зростання в сімейному оточенні на 2024 – 2028 роки та затвердження операційного плану заходів на 2024 – 2026 роки з її реалізації»</w:t>
      </w:r>
      <w:r w:rsidRPr="00ED657D">
        <w:rPr>
          <w:rFonts w:cs="Times New Roman"/>
          <w:sz w:val="24"/>
          <w:lang w:val="uk-UA" w:eastAsia="uk-UA"/>
        </w:rPr>
        <w:t>.</w:t>
      </w:r>
    </w:p>
    <w:p w:rsidR="008D558C" w:rsidRPr="00F964C2" w:rsidRDefault="00F87887" w:rsidP="00FC7895">
      <w:pPr>
        <w:spacing w:after="120"/>
        <w:ind w:firstLine="567"/>
        <w:jc w:val="both"/>
        <w:rPr>
          <w:rFonts w:cs="Times New Roman"/>
          <w:sz w:val="24"/>
          <w:szCs w:val="24"/>
        </w:rPr>
      </w:pPr>
      <w:r w:rsidRPr="00ED657D">
        <w:rPr>
          <w:rFonts w:cs="Times New Roman"/>
          <w:sz w:val="24"/>
          <w:lang w:val="uk-UA" w:eastAsia="uk-UA"/>
        </w:rPr>
        <w:t xml:space="preserve">Метою прийняття рішення є </w:t>
      </w:r>
      <w:proofErr w:type="spellStart"/>
      <w:r w:rsidR="008D558C" w:rsidRPr="00F964C2">
        <w:rPr>
          <w:rFonts w:cs="Times New Roman"/>
          <w:sz w:val="24"/>
          <w:szCs w:val="24"/>
        </w:rPr>
        <w:t>посилення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міжвідомчої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взаємодії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, </w:t>
      </w:r>
      <w:proofErr w:type="spellStart"/>
      <w:r w:rsidR="008D558C" w:rsidRPr="00F964C2">
        <w:rPr>
          <w:rFonts w:cs="Times New Roman"/>
          <w:sz w:val="24"/>
          <w:szCs w:val="24"/>
        </w:rPr>
        <w:t>визначення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потреб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дітей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і </w:t>
      </w:r>
      <w:proofErr w:type="spellStart"/>
      <w:r w:rsidR="008D558C" w:rsidRPr="00F964C2">
        <w:rPr>
          <w:rFonts w:cs="Times New Roman"/>
          <w:sz w:val="24"/>
          <w:szCs w:val="24"/>
        </w:rPr>
        <w:t>сімей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, </w:t>
      </w:r>
      <w:proofErr w:type="spellStart"/>
      <w:r w:rsidR="008D558C" w:rsidRPr="00F964C2">
        <w:rPr>
          <w:rFonts w:cs="Times New Roman"/>
          <w:sz w:val="24"/>
          <w:szCs w:val="24"/>
        </w:rPr>
        <w:t>розвиток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соціальних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послуг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, </w:t>
      </w:r>
      <w:proofErr w:type="spellStart"/>
      <w:r w:rsidR="008D558C" w:rsidRPr="00F964C2">
        <w:rPr>
          <w:rFonts w:cs="Times New Roman"/>
          <w:sz w:val="24"/>
          <w:szCs w:val="24"/>
        </w:rPr>
        <w:t>підтримку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сімейних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форм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виховання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та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запобігання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безпідставному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влаштуванню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дітей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до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закладів</w:t>
      </w:r>
      <w:proofErr w:type="spellEnd"/>
      <w:r w:rsidR="008D558C" w:rsidRPr="00F964C2">
        <w:rPr>
          <w:rFonts w:cs="Times New Roman"/>
          <w:sz w:val="24"/>
          <w:szCs w:val="24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інституційного</w:t>
      </w:r>
      <w:proofErr w:type="spellEnd"/>
      <w:r w:rsidR="008D558C" w:rsidRPr="00F964C2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догляду</w:t>
      </w:r>
      <w:proofErr w:type="spellEnd"/>
      <w:r w:rsidR="008D558C" w:rsidRPr="00F964C2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та</w:t>
      </w:r>
      <w:proofErr w:type="spellEnd"/>
      <w:r w:rsidR="008D558C" w:rsidRPr="00F964C2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="008D558C" w:rsidRPr="00F964C2">
        <w:rPr>
          <w:rFonts w:cs="Times New Roman"/>
          <w:sz w:val="24"/>
          <w:szCs w:val="24"/>
        </w:rPr>
        <w:t>виховання</w:t>
      </w:r>
      <w:proofErr w:type="spellEnd"/>
      <w:r w:rsidR="008D558C" w:rsidRPr="00F964C2">
        <w:rPr>
          <w:rFonts w:cs="Times New Roman"/>
          <w:sz w:val="24"/>
          <w:szCs w:val="24"/>
        </w:rPr>
        <w:t>.</w:t>
      </w:r>
    </w:p>
    <w:p w:rsidR="0049226C" w:rsidRPr="00F964C2" w:rsidRDefault="00F87887" w:rsidP="00FC7895">
      <w:pPr>
        <w:spacing w:after="120"/>
        <w:ind w:firstLine="567"/>
        <w:jc w:val="both"/>
        <w:rPr>
          <w:rFonts w:cs="Times New Roman"/>
          <w:sz w:val="24"/>
          <w:szCs w:val="24"/>
          <w:lang w:val="ru-RU"/>
        </w:rPr>
      </w:pPr>
      <w:r w:rsidRPr="00ED657D">
        <w:rPr>
          <w:rFonts w:cs="Times New Roman"/>
          <w:sz w:val="24"/>
          <w:lang w:val="uk-UA" w:eastAsia="uk-UA"/>
        </w:rPr>
        <w:t>Основними завданнями реалізації Меморандуму є</w:t>
      </w:r>
      <w:r w:rsidR="0049226C" w:rsidRPr="0049226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реалізації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спільних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керуються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принципами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найкращих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інтересів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дитини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недопущення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шкоди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безпечної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участі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конфіденційності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нульової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толерантності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до будь-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яких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форм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сексуальної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експлуатації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сексуальних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зловживань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="0049226C" w:rsidRPr="00F964C2">
        <w:rPr>
          <w:rFonts w:cs="Times New Roman"/>
          <w:sz w:val="24"/>
          <w:szCs w:val="24"/>
          <w:lang w:val="ru-RU"/>
        </w:rPr>
        <w:t>домагань</w:t>
      </w:r>
      <w:proofErr w:type="spellEnd"/>
      <w:r w:rsidR="0049226C" w:rsidRPr="00F964C2">
        <w:rPr>
          <w:rFonts w:cs="Times New Roman"/>
          <w:sz w:val="24"/>
          <w:szCs w:val="24"/>
          <w:lang w:val="ru-RU"/>
        </w:rPr>
        <w:t>.</w:t>
      </w:r>
    </w:p>
    <w:p w:rsidR="00F87887" w:rsidRPr="0049226C" w:rsidRDefault="00F87887" w:rsidP="00F87887">
      <w:pPr>
        <w:spacing w:after="0"/>
        <w:ind w:firstLine="567"/>
        <w:jc w:val="both"/>
        <w:rPr>
          <w:rFonts w:cs="Times New Roman"/>
          <w:b/>
          <w:sz w:val="24"/>
        </w:rPr>
      </w:pPr>
    </w:p>
    <w:p w:rsidR="00F87887" w:rsidRPr="00574A97" w:rsidRDefault="00F87887" w:rsidP="00F87887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2"/>
        <w:jc w:val="both"/>
        <w:rPr>
          <w:b/>
          <w:sz w:val="24"/>
          <w:szCs w:val="24"/>
          <w:lang w:val="uk-UA"/>
        </w:rPr>
      </w:pPr>
    </w:p>
    <w:p w:rsidR="00F87887" w:rsidRPr="00574A97" w:rsidRDefault="00F87887" w:rsidP="00F87887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-1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Начальник відділу юридичного</w:t>
      </w:r>
    </w:p>
    <w:p w:rsidR="00F87887" w:rsidRPr="00574A97" w:rsidRDefault="00F87887" w:rsidP="00F87887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-1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забезпечення</w:t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  <w:t xml:space="preserve">                              </w:t>
      </w:r>
      <w:r>
        <w:rPr>
          <w:b/>
          <w:sz w:val="24"/>
          <w:szCs w:val="24"/>
          <w:lang w:val="uk-UA"/>
        </w:rPr>
        <w:t xml:space="preserve">               </w:t>
      </w:r>
      <w:r w:rsidRPr="00574A97">
        <w:rPr>
          <w:b/>
          <w:sz w:val="24"/>
          <w:szCs w:val="24"/>
          <w:lang w:val="uk-UA"/>
        </w:rPr>
        <w:t xml:space="preserve">  Ірина КОВТУН</w:t>
      </w:r>
    </w:p>
    <w:p w:rsidR="00F87887" w:rsidRPr="00574A97" w:rsidRDefault="00F87887" w:rsidP="00F87887">
      <w:pPr>
        <w:shd w:val="clear" w:color="auto" w:fill="FFFFFF" w:themeFill="background1"/>
        <w:tabs>
          <w:tab w:val="left" w:pos="-284"/>
          <w:tab w:val="num" w:pos="0"/>
        </w:tabs>
        <w:spacing w:after="0"/>
        <w:ind w:right="140"/>
        <w:jc w:val="both"/>
        <w:rPr>
          <w:b/>
          <w:sz w:val="24"/>
          <w:szCs w:val="24"/>
          <w:lang w:val="uk-UA"/>
        </w:rPr>
      </w:pPr>
    </w:p>
    <w:p w:rsidR="00F87887" w:rsidRPr="00574A97" w:rsidRDefault="00F87887" w:rsidP="00F87887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Погоджено</w:t>
      </w:r>
    </w:p>
    <w:p w:rsidR="00F87887" w:rsidRPr="00574A97" w:rsidRDefault="00F87887" w:rsidP="00F87887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Керуючий справами виконкому</w:t>
      </w:r>
    </w:p>
    <w:p w:rsidR="00F87887" w:rsidRDefault="00F87887" w:rsidP="00F87887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Роменської міської ради</w:t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 xml:space="preserve">           </w:t>
      </w:r>
      <w:r w:rsidRPr="00574A97">
        <w:rPr>
          <w:b/>
          <w:sz w:val="24"/>
          <w:szCs w:val="24"/>
          <w:lang w:val="uk-UA"/>
        </w:rPr>
        <w:t>Наталія МОСКАЛЕНКО</w:t>
      </w:r>
    </w:p>
    <w:p w:rsidR="00F87887" w:rsidRDefault="00F87887" w:rsidP="00F87887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</w:p>
    <w:p w:rsidR="00F87887" w:rsidRDefault="00F87887" w:rsidP="00F87887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</w:p>
    <w:p w:rsidR="00F87887" w:rsidRDefault="00F87887" w:rsidP="00D77077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sectPr w:rsidR="00F87887" w:rsidSect="00C9185E">
      <w:pgSz w:w="11906" w:h="16838"/>
      <w:pgMar w:top="1134" w:right="99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E10D3B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0305F6"/>
    <w:multiLevelType w:val="multilevel"/>
    <w:tmpl w:val="DA9A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0129FC"/>
    <w:multiLevelType w:val="multilevel"/>
    <w:tmpl w:val="DE84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07772F"/>
    <w:multiLevelType w:val="hybridMultilevel"/>
    <w:tmpl w:val="2526779E"/>
    <w:lvl w:ilvl="0" w:tplc="761CA5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DD3F56"/>
    <w:multiLevelType w:val="hybridMultilevel"/>
    <w:tmpl w:val="0B760370"/>
    <w:lvl w:ilvl="0" w:tplc="761CA5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ED0096"/>
    <w:multiLevelType w:val="multilevel"/>
    <w:tmpl w:val="5CAA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766A99"/>
    <w:multiLevelType w:val="hybridMultilevel"/>
    <w:tmpl w:val="7F3C9424"/>
    <w:lvl w:ilvl="0" w:tplc="761CA5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64A3B5"/>
    <w:multiLevelType w:val="multilevel"/>
    <w:tmpl w:val="8EF4912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622E3ADD"/>
    <w:multiLevelType w:val="multilevel"/>
    <w:tmpl w:val="E2B6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920DC4"/>
    <w:multiLevelType w:val="hybridMultilevel"/>
    <w:tmpl w:val="A7EEED78"/>
    <w:lvl w:ilvl="0" w:tplc="761CA5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EB0D1A"/>
    <w:multiLevelType w:val="multilevel"/>
    <w:tmpl w:val="98AA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5B29E5"/>
    <w:multiLevelType w:val="multilevel"/>
    <w:tmpl w:val="FA60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11"/>
  </w:num>
  <w:num w:numId="12">
    <w:abstractNumId w:val="12"/>
  </w:num>
  <w:num w:numId="13">
    <w:abstractNumId w:val="14"/>
  </w:num>
  <w:num w:numId="14">
    <w:abstractNumId w:val="10"/>
  </w:num>
  <w:num w:numId="15">
    <w:abstractNumId w:val="16"/>
  </w:num>
  <w:num w:numId="16">
    <w:abstractNumId w:val="13"/>
  </w:num>
  <w:num w:numId="17">
    <w:abstractNumId w:val="9"/>
  </w:num>
  <w:num w:numId="18">
    <w:abstractNumId w:val="19"/>
  </w:num>
  <w:num w:numId="19">
    <w:abstractNumId w:val="18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6F7"/>
    <w:rsid w:val="0015074B"/>
    <w:rsid w:val="001531B6"/>
    <w:rsid w:val="00161DEA"/>
    <w:rsid w:val="00280588"/>
    <w:rsid w:val="00295D54"/>
    <w:rsid w:val="0029639D"/>
    <w:rsid w:val="00326F90"/>
    <w:rsid w:val="0037148A"/>
    <w:rsid w:val="00374BD4"/>
    <w:rsid w:val="00381EF6"/>
    <w:rsid w:val="00382771"/>
    <w:rsid w:val="0041593F"/>
    <w:rsid w:val="00485172"/>
    <w:rsid w:val="0049226C"/>
    <w:rsid w:val="00496EFF"/>
    <w:rsid w:val="004C13E7"/>
    <w:rsid w:val="00544D38"/>
    <w:rsid w:val="00555D13"/>
    <w:rsid w:val="005F0125"/>
    <w:rsid w:val="00602A41"/>
    <w:rsid w:val="00796124"/>
    <w:rsid w:val="00806F99"/>
    <w:rsid w:val="008731C2"/>
    <w:rsid w:val="008A2A7F"/>
    <w:rsid w:val="008C0A2F"/>
    <w:rsid w:val="008D558C"/>
    <w:rsid w:val="00903FC5"/>
    <w:rsid w:val="00905826"/>
    <w:rsid w:val="009A3384"/>
    <w:rsid w:val="009D6032"/>
    <w:rsid w:val="00A00C2A"/>
    <w:rsid w:val="00A57D99"/>
    <w:rsid w:val="00AA1D8D"/>
    <w:rsid w:val="00AC1F61"/>
    <w:rsid w:val="00AE0C96"/>
    <w:rsid w:val="00B47730"/>
    <w:rsid w:val="00BB6D94"/>
    <w:rsid w:val="00C05FFD"/>
    <w:rsid w:val="00C9185E"/>
    <w:rsid w:val="00CA08D0"/>
    <w:rsid w:val="00CB0664"/>
    <w:rsid w:val="00D058C6"/>
    <w:rsid w:val="00D62D71"/>
    <w:rsid w:val="00D77077"/>
    <w:rsid w:val="00E37B97"/>
    <w:rsid w:val="00EA1DE9"/>
    <w:rsid w:val="00EA3A5B"/>
    <w:rsid w:val="00F87887"/>
    <w:rsid w:val="00F9531F"/>
    <w:rsid w:val="00F964C2"/>
    <w:rsid w:val="00FC693F"/>
    <w:rsid w:val="00FC7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FA554"/>
  <w15:docId w15:val="{F51DA5E4-85E0-4AAD-9F6F-12274DAF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374BD4"/>
    <w:rPr>
      <w:color w:val="0000FF" w:themeColor="hyperlink"/>
      <w:u w:val="single"/>
    </w:rPr>
  </w:style>
  <w:style w:type="character" w:customStyle="1" w:styleId="ff2fc0fs10fu">
    <w:name w:val="ff2 fc0 fs10 fu"/>
    <w:basedOn w:val="a2"/>
    <w:rsid w:val="00F87887"/>
  </w:style>
  <w:style w:type="character" w:styleId="affb">
    <w:name w:val="Unresolved Mention"/>
    <w:basedOn w:val="a2"/>
    <w:uiPriority w:val="99"/>
    <w:semiHidden/>
    <w:unhideWhenUsed/>
    <w:rsid w:val="0049226C"/>
    <w:rPr>
      <w:color w:val="605E5C"/>
      <w:shd w:val="clear" w:color="auto" w:fill="E1DFDD"/>
    </w:rPr>
  </w:style>
  <w:style w:type="paragraph" w:styleId="affc">
    <w:name w:val="Balloon Text"/>
    <w:basedOn w:val="a1"/>
    <w:link w:val="affd"/>
    <w:uiPriority w:val="99"/>
    <w:semiHidden/>
    <w:unhideWhenUsed/>
    <w:rsid w:val="00161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d">
    <w:name w:val="Текст у виносці Знак"/>
    <w:basedOn w:val="a2"/>
    <w:link w:val="affc"/>
    <w:uiPriority w:val="99"/>
    <w:semiHidden/>
    <w:rsid w:val="00161DE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.tk.1912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misto@romny-vk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urist@romny-vk.gov.u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4160A8-AAFD-4C70-85E0-BAB0FEF96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8543</Words>
  <Characters>4870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13387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Siromaha</cp:lastModifiedBy>
  <cp:revision>2</cp:revision>
  <cp:lastPrinted>2026-10-12T13:43:00Z</cp:lastPrinted>
  <dcterms:created xsi:type="dcterms:W3CDTF">2026-10-12T14:09:00Z</dcterms:created>
  <dcterms:modified xsi:type="dcterms:W3CDTF">2026-10-12T14:09:00Z</dcterms:modified>
</cp:coreProperties>
</file>